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9F894" w14:textId="77777777" w:rsidR="00DE38AB" w:rsidRDefault="00000000">
      <w:pPr>
        <w:spacing w:after="280" w:line="252" w:lineRule="auto"/>
        <w:jc w:val="center"/>
      </w:pPr>
      <w:r>
        <w:rPr>
          <w:b/>
          <w:color w:val="239A96"/>
          <w:sz w:val="40"/>
        </w:rPr>
        <w:t xml:space="preserve">Columbus </w:t>
      </w:r>
      <w:r w:rsidRPr="00912786">
        <w:rPr>
          <w:b/>
          <w:color w:val="239A96"/>
          <w:sz w:val="40"/>
        </w:rPr>
        <w:t>Youth Climate Action Fund</w:t>
      </w:r>
      <w:r>
        <w:rPr>
          <w:b/>
          <w:color w:val="239A96"/>
          <w:sz w:val="40"/>
        </w:rPr>
        <w:br/>
        <w:t>Application Form</w:t>
      </w:r>
    </w:p>
    <w:p w14:paraId="4C122BD1" w14:textId="77777777" w:rsidR="00DE38AB" w:rsidRDefault="00000000">
      <w:pPr>
        <w:spacing w:after="160" w:line="259" w:lineRule="auto"/>
      </w:pPr>
      <w:r>
        <w:rPr>
          <w:color w:val="222222"/>
          <w:sz w:val="24"/>
        </w:rPr>
        <w:t>This application is for youth-led initiatives that address climate challenges in the City of Columbus.</w:t>
      </w:r>
    </w:p>
    <w:p w14:paraId="2F21F3C1" w14:textId="77777777" w:rsidR="00017BA3" w:rsidRDefault="00017BA3" w:rsidP="00017BA3">
      <w:pPr>
        <w:spacing w:after="0"/>
      </w:pPr>
      <w:r>
        <w:t>Important dates and submission details</w:t>
      </w:r>
    </w:p>
    <w:p w14:paraId="76B73D18" w14:textId="57AED131" w:rsidR="00017BA3" w:rsidRPr="00017BA3" w:rsidRDefault="00017BA3" w:rsidP="00017BA3">
      <w:pPr>
        <w:spacing w:after="60" w:line="259" w:lineRule="auto"/>
        <w:ind w:left="360"/>
        <w:rPr>
          <w:color w:val="222222"/>
        </w:rPr>
      </w:pPr>
      <w:r w:rsidRPr="00912786">
        <w:rPr>
          <w:color w:val="00837F"/>
        </w:rPr>
        <w:t xml:space="preserve">• </w:t>
      </w:r>
      <w:r w:rsidRPr="00017BA3">
        <w:rPr>
          <w:color w:val="222222"/>
        </w:rPr>
        <w:t xml:space="preserve">Applications will be </w:t>
      </w:r>
      <w:r w:rsidRPr="00017BA3">
        <w:rPr>
          <w:color w:val="404040" w:themeColor="text1" w:themeTint="BF"/>
        </w:rPr>
        <w:t xml:space="preserve">accepted </w:t>
      </w:r>
      <w:r w:rsidRPr="00017BA3">
        <w:rPr>
          <w:color w:val="222222"/>
        </w:rPr>
        <w:t>starting August 10, 2026.</w:t>
      </w:r>
    </w:p>
    <w:p w14:paraId="44910635" w14:textId="501F288E" w:rsidR="00017BA3" w:rsidRPr="00912786" w:rsidRDefault="00017BA3" w:rsidP="00017BA3">
      <w:pPr>
        <w:spacing w:after="0"/>
        <w:ind w:firstLine="360"/>
      </w:pPr>
      <w:r w:rsidRPr="00912786">
        <w:t xml:space="preserve">• </w:t>
      </w:r>
      <w:r w:rsidRPr="00017BA3">
        <w:rPr>
          <w:color w:val="404040" w:themeColor="text1" w:themeTint="BF"/>
        </w:rPr>
        <w:t>Applications will close on October 23, 2026.</w:t>
      </w:r>
    </w:p>
    <w:p w14:paraId="4B3BEBAE" w14:textId="1E6E78A2" w:rsidR="00017BA3" w:rsidRPr="00912786" w:rsidRDefault="00017BA3" w:rsidP="00017BA3">
      <w:pPr>
        <w:spacing w:after="0"/>
        <w:ind w:firstLine="360"/>
      </w:pPr>
      <w:r w:rsidRPr="00912786">
        <w:t xml:space="preserve">• </w:t>
      </w:r>
      <w:r w:rsidRPr="00017BA3">
        <w:rPr>
          <w:color w:val="404040" w:themeColor="text1" w:themeTint="BF"/>
        </w:rPr>
        <w:t>Projects will begin implementation on January 19, 2027.</w:t>
      </w:r>
    </w:p>
    <w:p w14:paraId="1AEA56D8" w14:textId="1172DF1E" w:rsidR="00017BA3" w:rsidRDefault="00017BA3" w:rsidP="00017BA3">
      <w:pPr>
        <w:spacing w:after="0"/>
        <w:ind w:firstLine="360"/>
        <w:rPr>
          <w:color w:val="404040" w:themeColor="text1" w:themeTint="BF"/>
        </w:rPr>
      </w:pPr>
      <w:r w:rsidRPr="00912786">
        <w:t xml:space="preserve">• </w:t>
      </w:r>
      <w:r w:rsidRPr="00017BA3">
        <w:rPr>
          <w:color w:val="404040" w:themeColor="text1" w:themeTint="BF"/>
        </w:rPr>
        <w:t>Projects should be completed by July 30, 2027.</w:t>
      </w:r>
    </w:p>
    <w:p w14:paraId="617D8B54" w14:textId="77777777" w:rsidR="00017BA3" w:rsidRPr="00017BA3" w:rsidRDefault="00017BA3" w:rsidP="00017BA3">
      <w:pPr>
        <w:spacing w:after="0"/>
        <w:ind w:firstLine="360"/>
        <w:rPr>
          <w:color w:val="404040" w:themeColor="text1" w:themeTint="BF"/>
        </w:rPr>
      </w:pPr>
    </w:p>
    <w:p w14:paraId="4ACC0E69" w14:textId="7368EA1D" w:rsidR="00DE38AB" w:rsidRDefault="00000000">
      <w:pPr>
        <w:spacing w:after="160" w:line="259" w:lineRule="auto"/>
      </w:pPr>
      <w:r>
        <w:rPr>
          <w:color w:val="222222"/>
        </w:rPr>
        <w:t>To help applicants determine fit before starting the form, please review the key requirements below.</w:t>
      </w:r>
    </w:p>
    <w:tbl>
      <w:tblPr>
        <w:tblW w:w="0" w:type="auto"/>
        <w:jc w:val="center"/>
        <w:tblLayout w:type="fixed"/>
        <w:tblLook w:val="04A0" w:firstRow="1" w:lastRow="0" w:firstColumn="1" w:lastColumn="0" w:noHBand="0" w:noVBand="1"/>
      </w:tblPr>
      <w:tblGrid>
        <w:gridCol w:w="10080"/>
      </w:tblGrid>
      <w:tr w:rsidR="00DE38AB" w14:paraId="07B817C5" w14:textId="77777777">
        <w:trPr>
          <w:jc w:val="center"/>
        </w:trPr>
        <w:tc>
          <w:tcPr>
            <w:tcW w:w="10080" w:type="dxa"/>
            <w:tcBorders>
              <w:top w:val="single" w:sz="8" w:space="0" w:color="B8D9D6"/>
              <w:left w:val="single" w:sz="8" w:space="0" w:color="B8D9D6"/>
              <w:bottom w:val="single" w:sz="8" w:space="0" w:color="B8D9D6"/>
              <w:right w:val="single" w:sz="8" w:space="0" w:color="B8D9D6"/>
            </w:tcBorders>
            <w:shd w:val="clear" w:color="auto" w:fill="EAF7F6"/>
            <w:tcMar>
              <w:top w:w="80" w:type="dxa"/>
              <w:left w:w="120" w:type="dxa"/>
              <w:bottom w:w="80" w:type="dxa"/>
              <w:right w:w="120" w:type="dxa"/>
            </w:tcMar>
          </w:tcPr>
          <w:p w14:paraId="1151BC79" w14:textId="77777777" w:rsidR="00DE38AB" w:rsidRDefault="00000000">
            <w:pPr>
              <w:spacing w:after="0" w:line="240" w:lineRule="auto"/>
            </w:pPr>
            <w:r w:rsidRPr="00912786">
              <w:rPr>
                <w:b/>
                <w:sz w:val="22"/>
              </w:rPr>
              <w:t>Before you begin</w:t>
            </w:r>
          </w:p>
        </w:tc>
      </w:tr>
      <w:tr w:rsidR="00DE38AB" w14:paraId="616B6421" w14:textId="77777777">
        <w:trPr>
          <w:jc w:val="center"/>
        </w:trPr>
        <w:tc>
          <w:tcPr>
            <w:tcW w:w="10080" w:type="dxa"/>
            <w:tcBorders>
              <w:top w:val="single" w:sz="8" w:space="0" w:color="B8D9D6"/>
              <w:left w:val="single" w:sz="8" w:space="0" w:color="B8D9D6"/>
              <w:bottom w:val="single" w:sz="8" w:space="0" w:color="B8D9D6"/>
              <w:right w:val="single" w:sz="8" w:space="0" w:color="B8D9D6"/>
            </w:tcBorders>
            <w:shd w:val="clear" w:color="auto" w:fill="EAF7F6"/>
            <w:tcMar>
              <w:top w:w="80" w:type="dxa"/>
              <w:left w:w="120" w:type="dxa"/>
              <w:bottom w:w="80" w:type="dxa"/>
              <w:right w:w="120" w:type="dxa"/>
            </w:tcMar>
          </w:tcPr>
          <w:p w14:paraId="3C74A1AE" w14:textId="77777777" w:rsidR="00DE38AB" w:rsidRDefault="00000000">
            <w:pPr>
              <w:spacing w:after="0" w:line="240" w:lineRule="auto"/>
            </w:pPr>
            <w:r>
              <w:rPr>
                <w:color w:val="222222"/>
                <w:sz w:val="20"/>
              </w:rPr>
              <w:t>• At least three youth ages 15 to 24 must lead and participate in project planning, proposal writing, and project implementation.</w:t>
            </w:r>
          </w:p>
        </w:tc>
      </w:tr>
      <w:tr w:rsidR="00DE38AB" w14:paraId="796EBCB7" w14:textId="77777777">
        <w:trPr>
          <w:jc w:val="center"/>
        </w:trPr>
        <w:tc>
          <w:tcPr>
            <w:tcW w:w="10080" w:type="dxa"/>
            <w:tcBorders>
              <w:top w:val="single" w:sz="8" w:space="0" w:color="B8D9D6"/>
              <w:left w:val="single" w:sz="8" w:space="0" w:color="B8D9D6"/>
              <w:bottom w:val="single" w:sz="8" w:space="0" w:color="B8D9D6"/>
              <w:right w:val="single" w:sz="8" w:space="0" w:color="B8D9D6"/>
            </w:tcBorders>
            <w:shd w:val="clear" w:color="auto" w:fill="EAF7F6"/>
            <w:tcMar>
              <w:top w:w="80" w:type="dxa"/>
              <w:left w:w="120" w:type="dxa"/>
              <w:bottom w:w="80" w:type="dxa"/>
              <w:right w:w="120" w:type="dxa"/>
            </w:tcMar>
          </w:tcPr>
          <w:p w14:paraId="6FED309C" w14:textId="77777777" w:rsidR="00DE38AB" w:rsidRDefault="00000000">
            <w:pPr>
              <w:spacing w:after="0" w:line="240" w:lineRule="auto"/>
            </w:pPr>
            <w:r>
              <w:rPr>
                <w:color w:val="222222"/>
                <w:sz w:val="20"/>
              </w:rPr>
              <w:t>• Applicants must either have an existing documented youth program or established youth group structure, or be able to demonstrate youth leadership, participation, and project capacity through the application and any follow-up requested.</w:t>
            </w:r>
          </w:p>
        </w:tc>
      </w:tr>
      <w:tr w:rsidR="00DE38AB" w14:paraId="553467FA" w14:textId="77777777">
        <w:trPr>
          <w:jc w:val="center"/>
        </w:trPr>
        <w:tc>
          <w:tcPr>
            <w:tcW w:w="10080" w:type="dxa"/>
            <w:tcBorders>
              <w:top w:val="single" w:sz="8" w:space="0" w:color="B8D9D6"/>
              <w:left w:val="single" w:sz="8" w:space="0" w:color="B8D9D6"/>
              <w:bottom w:val="single" w:sz="8" w:space="0" w:color="B8D9D6"/>
              <w:right w:val="single" w:sz="8" w:space="0" w:color="B8D9D6"/>
            </w:tcBorders>
            <w:shd w:val="clear" w:color="auto" w:fill="EAF7F6"/>
            <w:tcMar>
              <w:top w:w="80" w:type="dxa"/>
              <w:left w:w="120" w:type="dxa"/>
              <w:bottom w:w="80" w:type="dxa"/>
              <w:right w:w="120" w:type="dxa"/>
            </w:tcMar>
          </w:tcPr>
          <w:p w14:paraId="284AB5FD" w14:textId="6A765D58" w:rsidR="00DE38AB" w:rsidRDefault="00000000">
            <w:pPr>
              <w:spacing w:after="0" w:line="240" w:lineRule="auto"/>
            </w:pPr>
            <w:r>
              <w:rPr>
                <w:color w:val="222222"/>
                <w:sz w:val="20"/>
              </w:rPr>
              <w:t xml:space="preserve">• </w:t>
            </w:r>
            <w:r w:rsidR="003D4A6A" w:rsidRPr="003D4A6A">
              <w:rPr>
                <w:color w:val="222222"/>
                <w:sz w:val="20"/>
              </w:rPr>
              <w:t>Grant funds cannot be paid directly to individuals.</w:t>
            </w:r>
            <w:r w:rsidR="003D4A6A">
              <w:rPr>
                <w:color w:val="222222"/>
                <w:sz w:val="20"/>
              </w:rPr>
              <w:t xml:space="preserve"> </w:t>
            </w:r>
            <w:r>
              <w:rPr>
                <w:color w:val="222222"/>
                <w:sz w:val="20"/>
              </w:rPr>
              <w:t>Funds must be disbursed through a 501(c)(3) nonprofit organization or fiscal sponsor with a bank account that can receive funds.</w:t>
            </w:r>
          </w:p>
        </w:tc>
      </w:tr>
      <w:tr w:rsidR="00DE38AB" w14:paraId="585AE1C1" w14:textId="77777777">
        <w:trPr>
          <w:jc w:val="center"/>
        </w:trPr>
        <w:tc>
          <w:tcPr>
            <w:tcW w:w="10080" w:type="dxa"/>
            <w:tcBorders>
              <w:top w:val="single" w:sz="8" w:space="0" w:color="B8D9D6"/>
              <w:left w:val="single" w:sz="8" w:space="0" w:color="B8D9D6"/>
              <w:bottom w:val="single" w:sz="8" w:space="0" w:color="B8D9D6"/>
              <w:right w:val="single" w:sz="8" w:space="0" w:color="B8D9D6"/>
            </w:tcBorders>
            <w:shd w:val="clear" w:color="auto" w:fill="EAF7F6"/>
            <w:tcMar>
              <w:top w:w="80" w:type="dxa"/>
              <w:left w:w="120" w:type="dxa"/>
              <w:bottom w:w="80" w:type="dxa"/>
              <w:right w:w="120" w:type="dxa"/>
            </w:tcMar>
          </w:tcPr>
          <w:p w14:paraId="7FB1857C" w14:textId="77777777" w:rsidR="00DE38AB" w:rsidRDefault="00000000">
            <w:pPr>
              <w:spacing w:after="0" w:line="240" w:lineRule="auto"/>
            </w:pPr>
            <w:r>
              <w:rPr>
                <w:color w:val="222222"/>
                <w:sz w:val="20"/>
              </w:rPr>
              <w:t>• If any youth project lead is under age 18, an adult sponsor or mentor must be identified.</w:t>
            </w:r>
          </w:p>
        </w:tc>
      </w:tr>
      <w:tr w:rsidR="00DA3295" w14:paraId="462E5025" w14:textId="77777777">
        <w:trPr>
          <w:jc w:val="center"/>
        </w:trPr>
        <w:tc>
          <w:tcPr>
            <w:tcW w:w="10080" w:type="dxa"/>
            <w:tcBorders>
              <w:top w:val="single" w:sz="8" w:space="0" w:color="B8D9D6"/>
              <w:left w:val="single" w:sz="8" w:space="0" w:color="B8D9D6"/>
              <w:bottom w:val="single" w:sz="8" w:space="0" w:color="B8D9D6"/>
              <w:right w:val="single" w:sz="8" w:space="0" w:color="B8D9D6"/>
            </w:tcBorders>
            <w:shd w:val="clear" w:color="auto" w:fill="EAF7F6"/>
            <w:tcMar>
              <w:top w:w="80" w:type="dxa"/>
              <w:left w:w="120" w:type="dxa"/>
              <w:bottom w:w="80" w:type="dxa"/>
              <w:right w:w="120" w:type="dxa"/>
            </w:tcMar>
          </w:tcPr>
          <w:p w14:paraId="2010F907" w14:textId="41438BF1" w:rsidR="00DA3295" w:rsidRDefault="0016754A">
            <w:pPr>
              <w:spacing w:after="0" w:line="240" w:lineRule="auto"/>
              <w:rPr>
                <w:color w:val="222222"/>
                <w:sz w:val="20"/>
              </w:rPr>
            </w:pPr>
            <w:r>
              <w:rPr>
                <w:color w:val="222222"/>
                <w:sz w:val="20"/>
              </w:rPr>
              <w:t xml:space="preserve">• </w:t>
            </w:r>
            <w:r w:rsidRPr="0016754A">
              <w:rPr>
                <w:color w:val="222222"/>
                <w:sz w:val="20"/>
              </w:rPr>
              <w:t>Projects should take place in the City of Columbus and clearly identify the sit</w:t>
            </w:r>
            <w:r>
              <w:rPr>
                <w:color w:val="222222"/>
                <w:sz w:val="20"/>
              </w:rPr>
              <w:t>e</w:t>
            </w:r>
            <w:r w:rsidRPr="0016754A">
              <w:rPr>
                <w:color w:val="222222"/>
                <w:sz w:val="20"/>
              </w:rPr>
              <w:t xml:space="preserve"> or community where the project will be implemented.</w:t>
            </w:r>
          </w:p>
        </w:tc>
      </w:tr>
    </w:tbl>
    <w:p w14:paraId="73A67560" w14:textId="77777777" w:rsidR="00374E73" w:rsidRDefault="00374E73">
      <w:pPr>
        <w:spacing w:after="0"/>
      </w:pPr>
    </w:p>
    <w:p w14:paraId="0272A38F" w14:textId="77777777" w:rsidR="00DE38AB" w:rsidRDefault="00000000">
      <w:pPr>
        <w:spacing w:before="80" w:after="80"/>
      </w:pPr>
      <w:r>
        <w:rPr>
          <w:b/>
          <w:color w:val="222222"/>
          <w:sz w:val="24"/>
        </w:rPr>
        <w:t>How to apply</w:t>
      </w:r>
    </w:p>
    <w:p w14:paraId="02F95894" w14:textId="77777777" w:rsidR="00DE38AB" w:rsidRDefault="00000000">
      <w:pPr>
        <w:spacing w:after="60" w:line="259" w:lineRule="auto"/>
        <w:ind w:left="360"/>
      </w:pPr>
      <w:r w:rsidRPr="00912786">
        <w:t xml:space="preserve">• </w:t>
      </w:r>
      <w:r>
        <w:rPr>
          <w:color w:val="222222"/>
        </w:rPr>
        <w:t>Read the program guidance.</w:t>
      </w:r>
    </w:p>
    <w:p w14:paraId="32C7DF04" w14:textId="77777777" w:rsidR="00DE38AB" w:rsidRDefault="00000000">
      <w:pPr>
        <w:spacing w:after="60" w:line="259" w:lineRule="auto"/>
        <w:ind w:left="360"/>
      </w:pPr>
      <w:r w:rsidRPr="00912786">
        <w:t xml:space="preserve">• </w:t>
      </w:r>
      <w:r>
        <w:rPr>
          <w:color w:val="222222"/>
        </w:rPr>
        <w:t>Download this PDF.</w:t>
      </w:r>
    </w:p>
    <w:p w14:paraId="38C35E3C" w14:textId="77777777" w:rsidR="00DE38AB" w:rsidRDefault="00000000">
      <w:pPr>
        <w:spacing w:after="60" w:line="259" w:lineRule="auto"/>
        <w:ind w:left="360"/>
      </w:pPr>
      <w:r w:rsidRPr="00912786">
        <w:t xml:space="preserve">• </w:t>
      </w:r>
      <w:r>
        <w:rPr>
          <w:color w:val="222222"/>
        </w:rPr>
        <w:t>Complete the application digitally.</w:t>
      </w:r>
    </w:p>
    <w:p w14:paraId="3A03086D" w14:textId="5241D5E4" w:rsidR="00DE38AB" w:rsidRPr="00017BA3" w:rsidRDefault="00000000">
      <w:pPr>
        <w:spacing w:after="60" w:line="259" w:lineRule="auto"/>
        <w:ind w:left="360"/>
        <w:rPr>
          <w:color w:val="222222"/>
        </w:rPr>
      </w:pPr>
      <w:r w:rsidRPr="00912786">
        <w:t xml:space="preserve">• </w:t>
      </w:r>
      <w:r w:rsidRPr="00017BA3">
        <w:rPr>
          <w:color w:val="222222"/>
        </w:rPr>
        <w:t xml:space="preserve">Email the completed PDF to </w:t>
      </w:r>
      <w:r w:rsidR="00300E0D" w:rsidRPr="00017BA3">
        <w:rPr>
          <w:color w:val="222222"/>
        </w:rPr>
        <w:t>Roberto Burga</w:t>
      </w:r>
      <w:r w:rsidRPr="00017BA3">
        <w:rPr>
          <w:color w:val="222222"/>
        </w:rPr>
        <w:t xml:space="preserve"> at </w:t>
      </w:r>
      <w:r w:rsidR="00300E0D" w:rsidRPr="00017BA3">
        <w:rPr>
          <w:color w:val="222222"/>
        </w:rPr>
        <w:t>RWBurga</w:t>
      </w:r>
      <w:r w:rsidRPr="00017BA3">
        <w:rPr>
          <w:color w:val="222222"/>
        </w:rPr>
        <w:t xml:space="preserve">@columbus.gov with the subject line: </w:t>
      </w:r>
      <w:r w:rsidR="00D24AD7" w:rsidRPr="00017BA3">
        <w:rPr>
          <w:color w:val="222222"/>
        </w:rPr>
        <w:t xml:space="preserve">YCAF </w:t>
      </w:r>
      <w:r w:rsidR="00017BA3" w:rsidRPr="00017BA3">
        <w:rPr>
          <w:color w:val="222222"/>
        </w:rPr>
        <w:t>APPLICATION</w:t>
      </w:r>
      <w:r w:rsidR="00D24AD7" w:rsidRPr="00017BA3">
        <w:rPr>
          <w:color w:val="222222"/>
        </w:rPr>
        <w:t xml:space="preserve"> - </w:t>
      </w:r>
      <w:r w:rsidRPr="00017BA3">
        <w:rPr>
          <w:color w:val="222222"/>
        </w:rPr>
        <w:t>[Your Project Title].</w:t>
      </w:r>
    </w:p>
    <w:p w14:paraId="0BA6C26A" w14:textId="637FCC1D" w:rsidR="003D4A6A" w:rsidRPr="00017BA3" w:rsidRDefault="003D4A6A" w:rsidP="003D4A6A">
      <w:pPr>
        <w:spacing w:after="60" w:line="259" w:lineRule="auto"/>
        <w:ind w:left="360"/>
      </w:pPr>
      <w:r w:rsidRPr="00912786">
        <w:t xml:space="preserve">• </w:t>
      </w:r>
      <w:r w:rsidRPr="00017BA3">
        <w:t>After submitting, applicants may be contacted for clarification, a follow-up meeting, or additional documentation. Submission of an application does not guarantee funding. Selected applicants will receive next steps for award acceptance, funding, reporting, and project documentation.</w:t>
      </w:r>
    </w:p>
    <w:p w14:paraId="2E191AAA" w14:textId="77777777" w:rsidR="003D4A6A" w:rsidRDefault="003D4A6A">
      <w:pPr>
        <w:spacing w:after="60" w:line="259" w:lineRule="auto"/>
        <w:ind w:left="360"/>
        <w:rPr>
          <w:highlight w:val="yellow"/>
        </w:rPr>
      </w:pPr>
    </w:p>
    <w:p w14:paraId="0E1AC083" w14:textId="77777777" w:rsidR="009E1C12" w:rsidRDefault="009E1C12">
      <w:pPr>
        <w:spacing w:after="60" w:line="259" w:lineRule="auto"/>
        <w:ind w:left="360"/>
        <w:rPr>
          <w:highlight w:val="yellow"/>
        </w:rPr>
      </w:pPr>
    </w:p>
    <w:p w14:paraId="57E1BFAE" w14:textId="77777777" w:rsidR="009E1C12" w:rsidRPr="00374E73" w:rsidRDefault="009E1C12">
      <w:pPr>
        <w:spacing w:after="60" w:line="259" w:lineRule="auto"/>
        <w:ind w:left="360"/>
        <w:rPr>
          <w:highlight w:val="yellow"/>
        </w:rPr>
      </w:pPr>
    </w:p>
    <w:p w14:paraId="00775439" w14:textId="2985DD16" w:rsidR="00374E73" w:rsidRPr="003D4A6A" w:rsidRDefault="00000000">
      <w:pPr>
        <w:spacing w:after="0" w:line="259" w:lineRule="auto"/>
        <w:rPr>
          <w:i/>
          <w:color w:val="222222"/>
        </w:rPr>
      </w:pPr>
      <w:r w:rsidRPr="00374E73">
        <w:rPr>
          <w:i/>
          <w:color w:val="222222"/>
          <w:highlight w:val="yellow"/>
        </w:rPr>
        <w:t>Questions? Contact</w:t>
      </w:r>
      <w:r w:rsidR="002779AD">
        <w:rPr>
          <w:i/>
          <w:color w:val="222222"/>
          <w:highlight w:val="yellow"/>
        </w:rPr>
        <w:t xml:space="preserve"> Columbus YCAF Program Manager,</w:t>
      </w:r>
      <w:r w:rsidRPr="00374E73">
        <w:rPr>
          <w:i/>
          <w:color w:val="222222"/>
          <w:highlight w:val="yellow"/>
        </w:rPr>
        <w:t xml:space="preserve"> </w:t>
      </w:r>
      <w:r w:rsidR="0061260A">
        <w:rPr>
          <w:i/>
          <w:color w:val="222222"/>
          <w:highlight w:val="yellow"/>
        </w:rPr>
        <w:t>Roberto Burga</w:t>
      </w:r>
      <w:r w:rsidRPr="00374E73">
        <w:rPr>
          <w:i/>
          <w:color w:val="222222"/>
          <w:highlight w:val="yellow"/>
        </w:rPr>
        <w:t xml:space="preserve"> at </w:t>
      </w:r>
      <w:proofErr w:type="gramStart"/>
      <w:r w:rsidR="00300E0D">
        <w:rPr>
          <w:i/>
          <w:color w:val="222222"/>
          <w:highlight w:val="yellow"/>
        </w:rPr>
        <w:t>RWBurga</w:t>
      </w:r>
      <w:r w:rsidRPr="00374E73">
        <w:rPr>
          <w:i/>
          <w:color w:val="222222"/>
          <w:highlight w:val="yellow"/>
        </w:rPr>
        <w:t xml:space="preserve">@columbus.gov </w:t>
      </w:r>
      <w:r w:rsidR="00300E0D">
        <w:rPr>
          <w:i/>
          <w:color w:val="222222"/>
        </w:rPr>
        <w:t>.</w:t>
      </w:r>
      <w:proofErr w:type="gramEnd"/>
    </w:p>
    <w:p w14:paraId="3B3E7C0D" w14:textId="77777777" w:rsidR="00374E73" w:rsidRDefault="00374E73">
      <w:pPr>
        <w:spacing w:after="0" w:line="259" w:lineRule="auto"/>
      </w:pPr>
    </w:p>
    <w:tbl>
      <w:tblPr>
        <w:tblW w:w="0" w:type="auto"/>
        <w:jc w:val="center"/>
        <w:tblLayout w:type="fixed"/>
        <w:tblLook w:val="04A0" w:firstRow="1" w:lastRow="0" w:firstColumn="1" w:lastColumn="0" w:noHBand="0" w:noVBand="1"/>
      </w:tblPr>
      <w:tblGrid>
        <w:gridCol w:w="30"/>
        <w:gridCol w:w="3240"/>
        <w:gridCol w:w="6810"/>
        <w:gridCol w:w="30"/>
      </w:tblGrid>
      <w:tr w:rsidR="00DE38AB" w14:paraId="5AA9A4FB" w14:textId="77777777" w:rsidTr="00912786">
        <w:trPr>
          <w:gridAfter w:val="1"/>
          <w:wAfter w:w="30" w:type="dxa"/>
          <w:jc w:val="center"/>
        </w:trPr>
        <w:tc>
          <w:tcPr>
            <w:tcW w:w="10080" w:type="dxa"/>
            <w:gridSpan w:val="3"/>
            <w:tcBorders>
              <w:top w:val="single" w:sz="8" w:space="0" w:color="239A96"/>
              <w:left w:val="single" w:sz="8" w:space="0" w:color="239A96"/>
              <w:bottom w:val="single" w:sz="8" w:space="0" w:color="239A96"/>
              <w:right w:val="single" w:sz="8" w:space="0" w:color="239A96"/>
            </w:tcBorders>
            <w:tcMar>
              <w:top w:w="80" w:type="dxa"/>
              <w:left w:w="120" w:type="dxa"/>
              <w:bottom w:w="80" w:type="dxa"/>
              <w:right w:w="120" w:type="dxa"/>
            </w:tcMar>
          </w:tcPr>
          <w:p w14:paraId="0AA7991D" w14:textId="4FCC8419" w:rsidR="00DE38AB" w:rsidRDefault="00000000" w:rsidP="00912786">
            <w:pPr>
              <w:tabs>
                <w:tab w:val="left" w:pos="7210"/>
              </w:tabs>
              <w:spacing w:after="0"/>
            </w:pPr>
            <w:r w:rsidRPr="00912786">
              <w:rPr>
                <w:b/>
                <w:sz w:val="25"/>
              </w:rPr>
              <w:lastRenderedPageBreak/>
              <w:t>Section 1. About You</w:t>
            </w:r>
            <w:r w:rsidR="00912786">
              <w:rPr>
                <w:b/>
                <w:sz w:val="25"/>
              </w:rPr>
              <w:tab/>
            </w:r>
          </w:p>
        </w:tc>
      </w:tr>
      <w:tr w:rsidR="00DE38AB" w14:paraId="2DC58DB5" w14:textId="77777777">
        <w:trPr>
          <w:gridBefore w:val="1"/>
          <w:wBefore w:w="30" w:type="dxa"/>
          <w:jc w:val="center"/>
        </w:trPr>
        <w:tc>
          <w:tcPr>
            <w:tcW w:w="3240" w:type="dxa"/>
            <w:tcBorders>
              <w:top w:val="single" w:sz="8" w:space="0" w:color="C7D1D5"/>
              <w:left w:val="single" w:sz="8" w:space="0" w:color="C7D1D5"/>
              <w:bottom w:val="single" w:sz="8" w:space="0" w:color="C7D1D5"/>
              <w:right w:val="single" w:sz="8" w:space="0" w:color="C7D1D5"/>
            </w:tcBorders>
            <w:shd w:val="clear" w:color="auto" w:fill="F4F6F7"/>
            <w:tcMar>
              <w:top w:w="70" w:type="dxa"/>
              <w:left w:w="90" w:type="dxa"/>
              <w:bottom w:w="70" w:type="dxa"/>
              <w:right w:w="90" w:type="dxa"/>
            </w:tcMar>
          </w:tcPr>
          <w:p w14:paraId="45B41B6F" w14:textId="77777777" w:rsidR="00DE38AB" w:rsidRDefault="00000000">
            <w:pPr>
              <w:spacing w:after="0" w:line="240" w:lineRule="auto"/>
            </w:pPr>
            <w:r>
              <w:rPr>
                <w:b/>
                <w:color w:val="222222"/>
                <w:sz w:val="20"/>
              </w:rPr>
              <w:t>Group or organization name</w:t>
            </w:r>
          </w:p>
        </w:tc>
        <w:tc>
          <w:tcPr>
            <w:tcW w:w="6840" w:type="dxa"/>
            <w:gridSpan w:val="2"/>
            <w:tcBorders>
              <w:top w:val="single" w:sz="8" w:space="0" w:color="C7D1D5"/>
              <w:left w:val="single" w:sz="8" w:space="0" w:color="C7D1D5"/>
              <w:bottom w:val="single" w:sz="8" w:space="0" w:color="C7D1D5"/>
              <w:right w:val="single" w:sz="8" w:space="0" w:color="C7D1D5"/>
            </w:tcBorders>
            <w:tcMar>
              <w:top w:w="70" w:type="dxa"/>
              <w:left w:w="90" w:type="dxa"/>
              <w:bottom w:w="70" w:type="dxa"/>
              <w:right w:w="90" w:type="dxa"/>
            </w:tcMar>
          </w:tcPr>
          <w:p w14:paraId="298D5368" w14:textId="77777777" w:rsidR="00DE38AB" w:rsidRDefault="00DE38AB">
            <w:pPr>
              <w:spacing w:after="0" w:line="240" w:lineRule="auto"/>
            </w:pPr>
          </w:p>
        </w:tc>
      </w:tr>
      <w:tr w:rsidR="00DE38AB" w14:paraId="29491C94" w14:textId="77777777">
        <w:trPr>
          <w:gridBefore w:val="1"/>
          <w:wBefore w:w="30" w:type="dxa"/>
          <w:jc w:val="center"/>
        </w:trPr>
        <w:tc>
          <w:tcPr>
            <w:tcW w:w="3240" w:type="dxa"/>
            <w:tcBorders>
              <w:top w:val="single" w:sz="8" w:space="0" w:color="C7D1D5"/>
              <w:left w:val="single" w:sz="8" w:space="0" w:color="C7D1D5"/>
              <w:bottom w:val="single" w:sz="8" w:space="0" w:color="C7D1D5"/>
              <w:right w:val="single" w:sz="8" w:space="0" w:color="C7D1D5"/>
            </w:tcBorders>
            <w:shd w:val="clear" w:color="auto" w:fill="F4F6F7"/>
            <w:tcMar>
              <w:top w:w="70" w:type="dxa"/>
              <w:left w:w="90" w:type="dxa"/>
              <w:bottom w:w="70" w:type="dxa"/>
              <w:right w:w="90" w:type="dxa"/>
            </w:tcMar>
          </w:tcPr>
          <w:p w14:paraId="0EDA12D4" w14:textId="77777777" w:rsidR="00DE38AB" w:rsidRDefault="00000000">
            <w:pPr>
              <w:spacing w:after="0" w:line="240" w:lineRule="auto"/>
            </w:pPr>
            <w:r>
              <w:rPr>
                <w:b/>
                <w:color w:val="222222"/>
                <w:sz w:val="20"/>
              </w:rPr>
              <w:t>Mission statement or purpose</w:t>
            </w:r>
          </w:p>
        </w:tc>
        <w:tc>
          <w:tcPr>
            <w:tcW w:w="6840" w:type="dxa"/>
            <w:gridSpan w:val="2"/>
            <w:tcBorders>
              <w:top w:val="single" w:sz="8" w:space="0" w:color="C7D1D5"/>
              <w:left w:val="single" w:sz="8" w:space="0" w:color="C7D1D5"/>
              <w:bottom w:val="single" w:sz="8" w:space="0" w:color="C7D1D5"/>
              <w:right w:val="single" w:sz="8" w:space="0" w:color="C7D1D5"/>
            </w:tcBorders>
            <w:tcMar>
              <w:top w:w="70" w:type="dxa"/>
              <w:left w:w="90" w:type="dxa"/>
              <w:bottom w:w="70" w:type="dxa"/>
              <w:right w:w="90" w:type="dxa"/>
            </w:tcMar>
          </w:tcPr>
          <w:p w14:paraId="5F10F9B9" w14:textId="77777777" w:rsidR="00DE38AB" w:rsidRDefault="00000000">
            <w:pPr>
              <w:spacing w:after="0" w:line="240" w:lineRule="auto"/>
            </w:pPr>
            <w:r>
              <w:rPr>
                <w:color w:val="222222"/>
              </w:rPr>
              <w:br/>
            </w:r>
          </w:p>
        </w:tc>
      </w:tr>
      <w:tr w:rsidR="00DE38AB" w14:paraId="6C759B77" w14:textId="77777777">
        <w:trPr>
          <w:gridBefore w:val="1"/>
          <w:wBefore w:w="30" w:type="dxa"/>
          <w:jc w:val="center"/>
        </w:trPr>
        <w:tc>
          <w:tcPr>
            <w:tcW w:w="3240" w:type="dxa"/>
            <w:tcBorders>
              <w:top w:val="single" w:sz="8" w:space="0" w:color="C7D1D5"/>
              <w:left w:val="single" w:sz="8" w:space="0" w:color="C7D1D5"/>
              <w:bottom w:val="single" w:sz="8" w:space="0" w:color="C7D1D5"/>
              <w:right w:val="single" w:sz="8" w:space="0" w:color="C7D1D5"/>
            </w:tcBorders>
            <w:shd w:val="clear" w:color="auto" w:fill="F4F6F7"/>
            <w:tcMar>
              <w:top w:w="70" w:type="dxa"/>
              <w:left w:w="90" w:type="dxa"/>
              <w:bottom w:w="70" w:type="dxa"/>
              <w:right w:w="90" w:type="dxa"/>
            </w:tcMar>
          </w:tcPr>
          <w:p w14:paraId="74DA2298" w14:textId="77777777" w:rsidR="00DE38AB" w:rsidRDefault="00000000">
            <w:pPr>
              <w:spacing w:after="0" w:line="240" w:lineRule="auto"/>
            </w:pPr>
            <w:r>
              <w:rPr>
                <w:b/>
                <w:color w:val="222222"/>
                <w:sz w:val="20"/>
              </w:rPr>
              <w:t>Website and/or social media (if applicable)</w:t>
            </w:r>
          </w:p>
        </w:tc>
        <w:tc>
          <w:tcPr>
            <w:tcW w:w="6840" w:type="dxa"/>
            <w:gridSpan w:val="2"/>
            <w:tcBorders>
              <w:top w:val="single" w:sz="8" w:space="0" w:color="C7D1D5"/>
              <w:left w:val="single" w:sz="8" w:space="0" w:color="C7D1D5"/>
              <w:bottom w:val="single" w:sz="8" w:space="0" w:color="C7D1D5"/>
              <w:right w:val="single" w:sz="8" w:space="0" w:color="C7D1D5"/>
            </w:tcBorders>
            <w:tcMar>
              <w:top w:w="70" w:type="dxa"/>
              <w:left w:w="90" w:type="dxa"/>
              <w:bottom w:w="70" w:type="dxa"/>
              <w:right w:w="90" w:type="dxa"/>
            </w:tcMar>
          </w:tcPr>
          <w:p w14:paraId="6F6E1056" w14:textId="77777777" w:rsidR="00DE38AB" w:rsidRDefault="00DE38AB">
            <w:pPr>
              <w:spacing w:after="0" w:line="240" w:lineRule="auto"/>
            </w:pPr>
          </w:p>
        </w:tc>
      </w:tr>
      <w:tr w:rsidR="00DE38AB" w14:paraId="7685D5C6" w14:textId="77777777">
        <w:trPr>
          <w:gridBefore w:val="1"/>
          <w:wBefore w:w="30" w:type="dxa"/>
          <w:jc w:val="center"/>
        </w:trPr>
        <w:tc>
          <w:tcPr>
            <w:tcW w:w="3240" w:type="dxa"/>
            <w:tcBorders>
              <w:top w:val="single" w:sz="8" w:space="0" w:color="C7D1D5"/>
              <w:left w:val="single" w:sz="8" w:space="0" w:color="C7D1D5"/>
              <w:bottom w:val="single" w:sz="8" w:space="0" w:color="C7D1D5"/>
              <w:right w:val="single" w:sz="8" w:space="0" w:color="C7D1D5"/>
            </w:tcBorders>
            <w:shd w:val="clear" w:color="auto" w:fill="F4F6F7"/>
            <w:tcMar>
              <w:top w:w="70" w:type="dxa"/>
              <w:left w:w="90" w:type="dxa"/>
              <w:bottom w:w="70" w:type="dxa"/>
              <w:right w:w="90" w:type="dxa"/>
            </w:tcMar>
          </w:tcPr>
          <w:p w14:paraId="76DA178B" w14:textId="77777777" w:rsidR="00DE38AB" w:rsidRDefault="00000000">
            <w:pPr>
              <w:spacing w:after="0" w:line="240" w:lineRule="auto"/>
            </w:pPr>
            <w:r>
              <w:rPr>
                <w:b/>
                <w:color w:val="222222"/>
                <w:sz w:val="20"/>
              </w:rPr>
              <w:t>Project name</w:t>
            </w:r>
          </w:p>
        </w:tc>
        <w:tc>
          <w:tcPr>
            <w:tcW w:w="6840" w:type="dxa"/>
            <w:gridSpan w:val="2"/>
            <w:tcBorders>
              <w:top w:val="single" w:sz="8" w:space="0" w:color="C7D1D5"/>
              <w:left w:val="single" w:sz="8" w:space="0" w:color="C7D1D5"/>
              <w:bottom w:val="single" w:sz="8" w:space="0" w:color="C7D1D5"/>
              <w:right w:val="single" w:sz="8" w:space="0" w:color="C7D1D5"/>
            </w:tcBorders>
            <w:tcMar>
              <w:top w:w="70" w:type="dxa"/>
              <w:left w:w="90" w:type="dxa"/>
              <w:bottom w:w="70" w:type="dxa"/>
              <w:right w:w="90" w:type="dxa"/>
            </w:tcMar>
          </w:tcPr>
          <w:p w14:paraId="27C61E51" w14:textId="77777777" w:rsidR="00DE38AB" w:rsidRDefault="00DE38AB">
            <w:pPr>
              <w:spacing w:after="0" w:line="240" w:lineRule="auto"/>
            </w:pPr>
          </w:p>
        </w:tc>
      </w:tr>
      <w:tr w:rsidR="00DE38AB" w14:paraId="6FC1272B" w14:textId="77777777">
        <w:trPr>
          <w:gridBefore w:val="1"/>
          <w:wBefore w:w="30" w:type="dxa"/>
          <w:jc w:val="center"/>
        </w:trPr>
        <w:tc>
          <w:tcPr>
            <w:tcW w:w="3240" w:type="dxa"/>
            <w:tcBorders>
              <w:top w:val="single" w:sz="8" w:space="0" w:color="C7D1D5"/>
              <w:left w:val="single" w:sz="8" w:space="0" w:color="C7D1D5"/>
              <w:bottom w:val="single" w:sz="8" w:space="0" w:color="C7D1D5"/>
              <w:right w:val="single" w:sz="8" w:space="0" w:color="C7D1D5"/>
            </w:tcBorders>
            <w:shd w:val="clear" w:color="auto" w:fill="F4F6F7"/>
            <w:tcMar>
              <w:top w:w="70" w:type="dxa"/>
              <w:left w:w="90" w:type="dxa"/>
              <w:bottom w:w="70" w:type="dxa"/>
              <w:right w:w="90" w:type="dxa"/>
            </w:tcMar>
          </w:tcPr>
          <w:p w14:paraId="076710A8" w14:textId="77777777" w:rsidR="00DE38AB" w:rsidRDefault="00000000">
            <w:pPr>
              <w:spacing w:after="0" w:line="240" w:lineRule="auto"/>
            </w:pPr>
            <w:r>
              <w:rPr>
                <w:b/>
                <w:color w:val="222222"/>
                <w:sz w:val="20"/>
              </w:rPr>
              <w:t>Total funds requested</w:t>
            </w:r>
          </w:p>
        </w:tc>
        <w:tc>
          <w:tcPr>
            <w:tcW w:w="6840" w:type="dxa"/>
            <w:gridSpan w:val="2"/>
            <w:tcBorders>
              <w:top w:val="single" w:sz="8" w:space="0" w:color="C7D1D5"/>
              <w:left w:val="single" w:sz="8" w:space="0" w:color="C7D1D5"/>
              <w:bottom w:val="single" w:sz="8" w:space="0" w:color="C7D1D5"/>
              <w:right w:val="single" w:sz="8" w:space="0" w:color="C7D1D5"/>
            </w:tcBorders>
            <w:tcMar>
              <w:top w:w="70" w:type="dxa"/>
              <w:left w:w="90" w:type="dxa"/>
              <w:bottom w:w="70" w:type="dxa"/>
              <w:right w:w="90" w:type="dxa"/>
            </w:tcMar>
          </w:tcPr>
          <w:p w14:paraId="17F6BD19" w14:textId="77777777" w:rsidR="00DE38AB" w:rsidRDefault="00DE38AB">
            <w:pPr>
              <w:spacing w:after="0" w:line="240" w:lineRule="auto"/>
            </w:pPr>
          </w:p>
        </w:tc>
      </w:tr>
    </w:tbl>
    <w:p w14:paraId="60089A93" w14:textId="77777777" w:rsidR="00DE38AB" w:rsidRDefault="00DE38AB">
      <w:pPr>
        <w:spacing w:after="0"/>
      </w:pPr>
    </w:p>
    <w:p w14:paraId="73AEA570" w14:textId="651AF6F0" w:rsidR="00374E73" w:rsidRPr="00374E73" w:rsidRDefault="00000000">
      <w:pPr>
        <w:spacing w:before="40" w:after="80"/>
        <w:rPr>
          <w:b/>
          <w:color w:val="222222"/>
        </w:rPr>
      </w:pPr>
      <w:r>
        <w:rPr>
          <w:b/>
          <w:color w:val="222222"/>
        </w:rPr>
        <w:t>Youth project lead contact*</w:t>
      </w:r>
    </w:p>
    <w:tbl>
      <w:tblPr>
        <w:tblW w:w="0" w:type="auto"/>
        <w:jc w:val="center"/>
        <w:tblLayout w:type="fixed"/>
        <w:tblLook w:val="04A0" w:firstRow="1" w:lastRow="0" w:firstColumn="1" w:lastColumn="0" w:noHBand="0" w:noVBand="1"/>
      </w:tblPr>
      <w:tblGrid>
        <w:gridCol w:w="2736"/>
        <w:gridCol w:w="1152"/>
        <w:gridCol w:w="3024"/>
        <w:gridCol w:w="2448"/>
      </w:tblGrid>
      <w:tr w:rsidR="00DE38AB" w14:paraId="05AC8721" w14:textId="77777777">
        <w:trPr>
          <w:jc w:val="center"/>
        </w:trPr>
        <w:tc>
          <w:tcPr>
            <w:tcW w:w="2736" w:type="dxa"/>
            <w:tcBorders>
              <w:top w:val="single" w:sz="8" w:space="0" w:color="C7D1D5"/>
              <w:left w:val="single" w:sz="8" w:space="0" w:color="C7D1D5"/>
              <w:bottom w:val="single" w:sz="8" w:space="0" w:color="C7D1D5"/>
              <w:right w:val="single" w:sz="8" w:space="0" w:color="C7D1D5"/>
            </w:tcBorders>
            <w:shd w:val="clear" w:color="auto" w:fill="F4F6F7"/>
            <w:tcMar>
              <w:top w:w="65" w:type="dxa"/>
              <w:left w:w="80" w:type="dxa"/>
              <w:bottom w:w="65" w:type="dxa"/>
              <w:right w:w="80" w:type="dxa"/>
            </w:tcMar>
            <w:vAlign w:val="center"/>
          </w:tcPr>
          <w:p w14:paraId="4C8EECB1" w14:textId="77777777" w:rsidR="00DE38AB" w:rsidRDefault="00000000">
            <w:pPr>
              <w:spacing w:after="0"/>
              <w:jc w:val="center"/>
            </w:pPr>
            <w:r>
              <w:rPr>
                <w:b/>
                <w:color w:val="222222"/>
                <w:sz w:val="19"/>
              </w:rPr>
              <w:t>Name</w:t>
            </w:r>
          </w:p>
        </w:tc>
        <w:tc>
          <w:tcPr>
            <w:tcW w:w="1152" w:type="dxa"/>
            <w:tcBorders>
              <w:top w:val="single" w:sz="8" w:space="0" w:color="C7D1D5"/>
              <w:left w:val="single" w:sz="8" w:space="0" w:color="C7D1D5"/>
              <w:bottom w:val="single" w:sz="8" w:space="0" w:color="C7D1D5"/>
              <w:right w:val="single" w:sz="8" w:space="0" w:color="C7D1D5"/>
            </w:tcBorders>
            <w:shd w:val="clear" w:color="auto" w:fill="F4F6F7"/>
            <w:tcMar>
              <w:top w:w="65" w:type="dxa"/>
              <w:left w:w="80" w:type="dxa"/>
              <w:bottom w:w="65" w:type="dxa"/>
              <w:right w:w="80" w:type="dxa"/>
            </w:tcMar>
            <w:vAlign w:val="center"/>
          </w:tcPr>
          <w:p w14:paraId="221B2788" w14:textId="77777777" w:rsidR="00DE38AB" w:rsidRDefault="00000000">
            <w:pPr>
              <w:spacing w:after="0"/>
              <w:jc w:val="center"/>
            </w:pPr>
            <w:r>
              <w:rPr>
                <w:b/>
                <w:color w:val="222222"/>
                <w:sz w:val="19"/>
              </w:rPr>
              <w:t>Age</w:t>
            </w:r>
          </w:p>
        </w:tc>
        <w:tc>
          <w:tcPr>
            <w:tcW w:w="3024" w:type="dxa"/>
            <w:tcBorders>
              <w:top w:val="single" w:sz="8" w:space="0" w:color="C7D1D5"/>
              <w:left w:val="single" w:sz="8" w:space="0" w:color="C7D1D5"/>
              <w:bottom w:val="single" w:sz="8" w:space="0" w:color="C7D1D5"/>
              <w:right w:val="single" w:sz="8" w:space="0" w:color="C7D1D5"/>
            </w:tcBorders>
            <w:shd w:val="clear" w:color="auto" w:fill="F4F6F7"/>
            <w:tcMar>
              <w:top w:w="65" w:type="dxa"/>
              <w:left w:w="80" w:type="dxa"/>
              <w:bottom w:w="65" w:type="dxa"/>
              <w:right w:w="80" w:type="dxa"/>
            </w:tcMar>
            <w:vAlign w:val="center"/>
          </w:tcPr>
          <w:p w14:paraId="06C84F19" w14:textId="77777777" w:rsidR="00DE38AB" w:rsidRDefault="00000000">
            <w:pPr>
              <w:spacing w:after="0"/>
              <w:jc w:val="center"/>
            </w:pPr>
            <w:r>
              <w:rPr>
                <w:b/>
                <w:color w:val="222222"/>
                <w:sz w:val="19"/>
              </w:rPr>
              <w:t>Email</w:t>
            </w:r>
          </w:p>
        </w:tc>
        <w:tc>
          <w:tcPr>
            <w:tcW w:w="2448" w:type="dxa"/>
            <w:tcBorders>
              <w:top w:val="single" w:sz="8" w:space="0" w:color="C7D1D5"/>
              <w:left w:val="single" w:sz="8" w:space="0" w:color="C7D1D5"/>
              <w:bottom w:val="single" w:sz="8" w:space="0" w:color="C7D1D5"/>
              <w:right w:val="single" w:sz="8" w:space="0" w:color="C7D1D5"/>
            </w:tcBorders>
            <w:shd w:val="clear" w:color="auto" w:fill="F4F6F7"/>
            <w:tcMar>
              <w:top w:w="65" w:type="dxa"/>
              <w:left w:w="80" w:type="dxa"/>
              <w:bottom w:w="65" w:type="dxa"/>
              <w:right w:w="80" w:type="dxa"/>
            </w:tcMar>
            <w:vAlign w:val="center"/>
          </w:tcPr>
          <w:p w14:paraId="4D8F1885" w14:textId="77777777" w:rsidR="00DE38AB" w:rsidRDefault="00000000">
            <w:pPr>
              <w:spacing w:after="0"/>
              <w:jc w:val="center"/>
            </w:pPr>
            <w:r>
              <w:rPr>
                <w:b/>
                <w:color w:val="222222"/>
                <w:sz w:val="19"/>
              </w:rPr>
              <w:t>Phone Number</w:t>
            </w:r>
          </w:p>
        </w:tc>
      </w:tr>
      <w:tr w:rsidR="00DE38AB" w14:paraId="5C824855" w14:textId="77777777">
        <w:trPr>
          <w:jc w:val="center"/>
        </w:trPr>
        <w:tc>
          <w:tcPr>
            <w:tcW w:w="2736" w:type="dxa"/>
            <w:tcBorders>
              <w:top w:val="single" w:sz="8" w:space="0" w:color="C7D1D5"/>
              <w:left w:val="single" w:sz="8" w:space="0" w:color="C7D1D5"/>
              <w:bottom w:val="single" w:sz="8" w:space="0" w:color="C7D1D5"/>
              <w:right w:val="single" w:sz="8" w:space="0" w:color="C7D1D5"/>
            </w:tcBorders>
            <w:tcMar>
              <w:top w:w="65" w:type="dxa"/>
              <w:left w:w="80" w:type="dxa"/>
              <w:bottom w:w="65" w:type="dxa"/>
              <w:right w:w="80" w:type="dxa"/>
            </w:tcMar>
            <w:vAlign w:val="center"/>
          </w:tcPr>
          <w:p w14:paraId="46C8A42D" w14:textId="77777777" w:rsidR="00DE38AB" w:rsidRDefault="00DE38AB">
            <w:pPr>
              <w:spacing w:after="0" w:line="264" w:lineRule="auto"/>
            </w:pPr>
          </w:p>
        </w:tc>
        <w:tc>
          <w:tcPr>
            <w:tcW w:w="1152" w:type="dxa"/>
            <w:tcBorders>
              <w:top w:val="single" w:sz="8" w:space="0" w:color="C7D1D5"/>
              <w:left w:val="single" w:sz="8" w:space="0" w:color="C7D1D5"/>
              <w:bottom w:val="single" w:sz="8" w:space="0" w:color="C7D1D5"/>
              <w:right w:val="single" w:sz="8" w:space="0" w:color="C7D1D5"/>
            </w:tcBorders>
            <w:tcMar>
              <w:top w:w="65" w:type="dxa"/>
              <w:left w:w="80" w:type="dxa"/>
              <w:bottom w:w="65" w:type="dxa"/>
              <w:right w:w="80" w:type="dxa"/>
            </w:tcMar>
            <w:vAlign w:val="center"/>
          </w:tcPr>
          <w:p w14:paraId="1A4F2C1D" w14:textId="77777777" w:rsidR="00DE38AB" w:rsidRDefault="00DE38AB">
            <w:pPr>
              <w:spacing w:after="0" w:line="264" w:lineRule="auto"/>
            </w:pPr>
          </w:p>
        </w:tc>
        <w:tc>
          <w:tcPr>
            <w:tcW w:w="3024" w:type="dxa"/>
            <w:tcBorders>
              <w:top w:val="single" w:sz="8" w:space="0" w:color="C7D1D5"/>
              <w:left w:val="single" w:sz="8" w:space="0" w:color="C7D1D5"/>
              <w:bottom w:val="single" w:sz="8" w:space="0" w:color="C7D1D5"/>
              <w:right w:val="single" w:sz="8" w:space="0" w:color="C7D1D5"/>
            </w:tcBorders>
            <w:tcMar>
              <w:top w:w="65" w:type="dxa"/>
              <w:left w:w="80" w:type="dxa"/>
              <w:bottom w:w="65" w:type="dxa"/>
              <w:right w:w="80" w:type="dxa"/>
            </w:tcMar>
            <w:vAlign w:val="center"/>
          </w:tcPr>
          <w:p w14:paraId="6A5C1F3D" w14:textId="77777777" w:rsidR="00DE38AB" w:rsidRDefault="00DE38AB">
            <w:pPr>
              <w:spacing w:after="0" w:line="264" w:lineRule="auto"/>
            </w:pPr>
          </w:p>
        </w:tc>
        <w:tc>
          <w:tcPr>
            <w:tcW w:w="2448" w:type="dxa"/>
            <w:tcBorders>
              <w:top w:val="single" w:sz="8" w:space="0" w:color="C7D1D5"/>
              <w:left w:val="single" w:sz="8" w:space="0" w:color="C7D1D5"/>
              <w:bottom w:val="single" w:sz="8" w:space="0" w:color="C7D1D5"/>
              <w:right w:val="single" w:sz="8" w:space="0" w:color="C7D1D5"/>
            </w:tcBorders>
            <w:tcMar>
              <w:top w:w="65" w:type="dxa"/>
              <w:left w:w="80" w:type="dxa"/>
              <w:bottom w:w="65" w:type="dxa"/>
              <w:right w:w="80" w:type="dxa"/>
            </w:tcMar>
            <w:vAlign w:val="center"/>
          </w:tcPr>
          <w:p w14:paraId="6B2744AB" w14:textId="77777777" w:rsidR="00DE38AB" w:rsidRDefault="00DE38AB">
            <w:pPr>
              <w:spacing w:after="0" w:line="264" w:lineRule="auto"/>
            </w:pPr>
          </w:p>
        </w:tc>
      </w:tr>
    </w:tbl>
    <w:p w14:paraId="0D1DDA98" w14:textId="77777777" w:rsidR="00DE38AB" w:rsidRDefault="00DE38AB">
      <w:pPr>
        <w:spacing w:after="0"/>
      </w:pPr>
    </w:p>
    <w:p w14:paraId="399702AC" w14:textId="6729CCDF" w:rsidR="00DE38AB" w:rsidRDefault="00000000">
      <w:pPr>
        <w:spacing w:before="40" w:after="80"/>
      </w:pPr>
      <w:r>
        <w:rPr>
          <w:b/>
          <w:color w:val="222222"/>
        </w:rPr>
        <w:t>Youth project lead or participant #2</w:t>
      </w:r>
      <w:r w:rsidR="00374E73">
        <w:rPr>
          <w:b/>
          <w:color w:val="222222"/>
        </w:rPr>
        <w:t xml:space="preserve"> </w:t>
      </w:r>
    </w:p>
    <w:tbl>
      <w:tblPr>
        <w:tblW w:w="0" w:type="auto"/>
        <w:jc w:val="center"/>
        <w:tblLayout w:type="fixed"/>
        <w:tblLook w:val="04A0" w:firstRow="1" w:lastRow="0" w:firstColumn="1" w:lastColumn="0" w:noHBand="0" w:noVBand="1"/>
      </w:tblPr>
      <w:tblGrid>
        <w:gridCol w:w="2736"/>
        <w:gridCol w:w="1152"/>
        <w:gridCol w:w="3024"/>
        <w:gridCol w:w="2448"/>
      </w:tblGrid>
      <w:tr w:rsidR="00DE38AB" w14:paraId="70494BC8" w14:textId="77777777">
        <w:trPr>
          <w:jc w:val="center"/>
        </w:trPr>
        <w:tc>
          <w:tcPr>
            <w:tcW w:w="2736" w:type="dxa"/>
            <w:tcBorders>
              <w:top w:val="single" w:sz="8" w:space="0" w:color="C7D1D5"/>
              <w:left w:val="single" w:sz="8" w:space="0" w:color="C7D1D5"/>
              <w:bottom w:val="single" w:sz="8" w:space="0" w:color="C7D1D5"/>
              <w:right w:val="single" w:sz="8" w:space="0" w:color="C7D1D5"/>
            </w:tcBorders>
            <w:shd w:val="clear" w:color="auto" w:fill="F4F6F7"/>
            <w:tcMar>
              <w:top w:w="65" w:type="dxa"/>
              <w:left w:w="80" w:type="dxa"/>
              <w:bottom w:w="65" w:type="dxa"/>
              <w:right w:w="80" w:type="dxa"/>
            </w:tcMar>
            <w:vAlign w:val="center"/>
          </w:tcPr>
          <w:p w14:paraId="714E409F" w14:textId="77777777" w:rsidR="00DE38AB" w:rsidRDefault="00000000">
            <w:pPr>
              <w:spacing w:after="0"/>
              <w:jc w:val="center"/>
            </w:pPr>
            <w:r>
              <w:rPr>
                <w:b/>
                <w:color w:val="222222"/>
                <w:sz w:val="19"/>
              </w:rPr>
              <w:t>Name</w:t>
            </w:r>
          </w:p>
        </w:tc>
        <w:tc>
          <w:tcPr>
            <w:tcW w:w="1152" w:type="dxa"/>
            <w:tcBorders>
              <w:top w:val="single" w:sz="8" w:space="0" w:color="C7D1D5"/>
              <w:left w:val="single" w:sz="8" w:space="0" w:color="C7D1D5"/>
              <w:bottom w:val="single" w:sz="8" w:space="0" w:color="C7D1D5"/>
              <w:right w:val="single" w:sz="8" w:space="0" w:color="C7D1D5"/>
            </w:tcBorders>
            <w:shd w:val="clear" w:color="auto" w:fill="F4F6F7"/>
            <w:tcMar>
              <w:top w:w="65" w:type="dxa"/>
              <w:left w:w="80" w:type="dxa"/>
              <w:bottom w:w="65" w:type="dxa"/>
              <w:right w:w="80" w:type="dxa"/>
            </w:tcMar>
            <w:vAlign w:val="center"/>
          </w:tcPr>
          <w:p w14:paraId="6212002E" w14:textId="77777777" w:rsidR="00DE38AB" w:rsidRDefault="00000000">
            <w:pPr>
              <w:spacing w:after="0"/>
              <w:jc w:val="center"/>
            </w:pPr>
            <w:r>
              <w:rPr>
                <w:b/>
                <w:color w:val="222222"/>
                <w:sz w:val="19"/>
              </w:rPr>
              <w:t>Age</w:t>
            </w:r>
          </w:p>
        </w:tc>
        <w:tc>
          <w:tcPr>
            <w:tcW w:w="3024" w:type="dxa"/>
            <w:tcBorders>
              <w:top w:val="single" w:sz="8" w:space="0" w:color="C7D1D5"/>
              <w:left w:val="single" w:sz="8" w:space="0" w:color="C7D1D5"/>
              <w:bottom w:val="single" w:sz="8" w:space="0" w:color="C7D1D5"/>
              <w:right w:val="single" w:sz="8" w:space="0" w:color="C7D1D5"/>
            </w:tcBorders>
            <w:shd w:val="clear" w:color="auto" w:fill="F4F6F7"/>
            <w:tcMar>
              <w:top w:w="65" w:type="dxa"/>
              <w:left w:w="80" w:type="dxa"/>
              <w:bottom w:w="65" w:type="dxa"/>
              <w:right w:w="80" w:type="dxa"/>
            </w:tcMar>
            <w:vAlign w:val="center"/>
          </w:tcPr>
          <w:p w14:paraId="679DDE9E" w14:textId="77777777" w:rsidR="00DE38AB" w:rsidRDefault="00000000">
            <w:pPr>
              <w:spacing w:after="0"/>
              <w:jc w:val="center"/>
            </w:pPr>
            <w:r>
              <w:rPr>
                <w:b/>
                <w:color w:val="222222"/>
                <w:sz w:val="19"/>
              </w:rPr>
              <w:t>Email</w:t>
            </w:r>
          </w:p>
        </w:tc>
        <w:tc>
          <w:tcPr>
            <w:tcW w:w="2448" w:type="dxa"/>
            <w:tcBorders>
              <w:top w:val="single" w:sz="8" w:space="0" w:color="C7D1D5"/>
              <w:left w:val="single" w:sz="8" w:space="0" w:color="C7D1D5"/>
              <w:bottom w:val="single" w:sz="8" w:space="0" w:color="C7D1D5"/>
              <w:right w:val="single" w:sz="8" w:space="0" w:color="C7D1D5"/>
            </w:tcBorders>
            <w:shd w:val="clear" w:color="auto" w:fill="F4F6F7"/>
            <w:tcMar>
              <w:top w:w="65" w:type="dxa"/>
              <w:left w:w="80" w:type="dxa"/>
              <w:bottom w:w="65" w:type="dxa"/>
              <w:right w:w="80" w:type="dxa"/>
            </w:tcMar>
            <w:vAlign w:val="center"/>
          </w:tcPr>
          <w:p w14:paraId="2E72418B" w14:textId="77777777" w:rsidR="00DE38AB" w:rsidRDefault="00000000">
            <w:pPr>
              <w:spacing w:after="0"/>
              <w:jc w:val="center"/>
            </w:pPr>
            <w:r>
              <w:rPr>
                <w:b/>
                <w:color w:val="222222"/>
                <w:sz w:val="19"/>
              </w:rPr>
              <w:t>Phone Number</w:t>
            </w:r>
          </w:p>
        </w:tc>
      </w:tr>
      <w:tr w:rsidR="00DE38AB" w14:paraId="61636D22" w14:textId="77777777">
        <w:trPr>
          <w:jc w:val="center"/>
        </w:trPr>
        <w:tc>
          <w:tcPr>
            <w:tcW w:w="2736" w:type="dxa"/>
            <w:tcBorders>
              <w:top w:val="single" w:sz="8" w:space="0" w:color="C7D1D5"/>
              <w:left w:val="single" w:sz="8" w:space="0" w:color="C7D1D5"/>
              <w:bottom w:val="single" w:sz="8" w:space="0" w:color="C7D1D5"/>
              <w:right w:val="single" w:sz="8" w:space="0" w:color="C7D1D5"/>
            </w:tcBorders>
            <w:tcMar>
              <w:top w:w="65" w:type="dxa"/>
              <w:left w:w="80" w:type="dxa"/>
              <w:bottom w:w="65" w:type="dxa"/>
              <w:right w:w="80" w:type="dxa"/>
            </w:tcMar>
            <w:vAlign w:val="center"/>
          </w:tcPr>
          <w:p w14:paraId="46ED3323" w14:textId="77777777" w:rsidR="00DE38AB" w:rsidRDefault="00DE38AB">
            <w:pPr>
              <w:spacing w:after="0" w:line="264" w:lineRule="auto"/>
            </w:pPr>
          </w:p>
        </w:tc>
        <w:tc>
          <w:tcPr>
            <w:tcW w:w="1152" w:type="dxa"/>
            <w:tcBorders>
              <w:top w:val="single" w:sz="8" w:space="0" w:color="C7D1D5"/>
              <w:left w:val="single" w:sz="8" w:space="0" w:color="C7D1D5"/>
              <w:bottom w:val="single" w:sz="8" w:space="0" w:color="C7D1D5"/>
              <w:right w:val="single" w:sz="8" w:space="0" w:color="C7D1D5"/>
            </w:tcBorders>
            <w:tcMar>
              <w:top w:w="65" w:type="dxa"/>
              <w:left w:w="80" w:type="dxa"/>
              <w:bottom w:w="65" w:type="dxa"/>
              <w:right w:w="80" w:type="dxa"/>
            </w:tcMar>
            <w:vAlign w:val="center"/>
          </w:tcPr>
          <w:p w14:paraId="14CFACBF" w14:textId="77777777" w:rsidR="00DE38AB" w:rsidRDefault="00DE38AB">
            <w:pPr>
              <w:spacing w:after="0" w:line="264" w:lineRule="auto"/>
            </w:pPr>
          </w:p>
        </w:tc>
        <w:tc>
          <w:tcPr>
            <w:tcW w:w="3024" w:type="dxa"/>
            <w:tcBorders>
              <w:top w:val="single" w:sz="8" w:space="0" w:color="C7D1D5"/>
              <w:left w:val="single" w:sz="8" w:space="0" w:color="C7D1D5"/>
              <w:bottom w:val="single" w:sz="8" w:space="0" w:color="C7D1D5"/>
              <w:right w:val="single" w:sz="8" w:space="0" w:color="C7D1D5"/>
            </w:tcBorders>
            <w:tcMar>
              <w:top w:w="65" w:type="dxa"/>
              <w:left w:w="80" w:type="dxa"/>
              <w:bottom w:w="65" w:type="dxa"/>
              <w:right w:w="80" w:type="dxa"/>
            </w:tcMar>
            <w:vAlign w:val="center"/>
          </w:tcPr>
          <w:p w14:paraId="7E22C57E" w14:textId="77777777" w:rsidR="00DE38AB" w:rsidRDefault="00DE38AB">
            <w:pPr>
              <w:spacing w:after="0" w:line="264" w:lineRule="auto"/>
            </w:pPr>
          </w:p>
        </w:tc>
        <w:tc>
          <w:tcPr>
            <w:tcW w:w="2448" w:type="dxa"/>
            <w:tcBorders>
              <w:top w:val="single" w:sz="8" w:space="0" w:color="C7D1D5"/>
              <w:left w:val="single" w:sz="8" w:space="0" w:color="C7D1D5"/>
              <w:bottom w:val="single" w:sz="8" w:space="0" w:color="C7D1D5"/>
              <w:right w:val="single" w:sz="8" w:space="0" w:color="C7D1D5"/>
            </w:tcBorders>
            <w:tcMar>
              <w:top w:w="65" w:type="dxa"/>
              <w:left w:w="80" w:type="dxa"/>
              <w:bottom w:w="65" w:type="dxa"/>
              <w:right w:w="80" w:type="dxa"/>
            </w:tcMar>
            <w:vAlign w:val="center"/>
          </w:tcPr>
          <w:p w14:paraId="16FF7620" w14:textId="77777777" w:rsidR="00DE38AB" w:rsidRDefault="00DE38AB">
            <w:pPr>
              <w:spacing w:after="0" w:line="264" w:lineRule="auto"/>
            </w:pPr>
          </w:p>
        </w:tc>
      </w:tr>
    </w:tbl>
    <w:p w14:paraId="3E5EA471" w14:textId="77777777" w:rsidR="00DE38AB" w:rsidRDefault="00DE38AB">
      <w:pPr>
        <w:spacing w:after="0"/>
      </w:pPr>
    </w:p>
    <w:p w14:paraId="4FD75CE4" w14:textId="49A57229" w:rsidR="00DE38AB" w:rsidRDefault="00000000">
      <w:pPr>
        <w:spacing w:before="40" w:after="80"/>
      </w:pPr>
      <w:r>
        <w:rPr>
          <w:b/>
          <w:color w:val="222222"/>
        </w:rPr>
        <w:t>Youth project lead or participant #3</w:t>
      </w:r>
      <w:r w:rsidR="00374E73">
        <w:rPr>
          <w:b/>
          <w:color w:val="222222"/>
        </w:rPr>
        <w:t xml:space="preserve"> </w:t>
      </w:r>
    </w:p>
    <w:tbl>
      <w:tblPr>
        <w:tblW w:w="0" w:type="auto"/>
        <w:jc w:val="center"/>
        <w:tblLayout w:type="fixed"/>
        <w:tblLook w:val="04A0" w:firstRow="1" w:lastRow="0" w:firstColumn="1" w:lastColumn="0" w:noHBand="0" w:noVBand="1"/>
      </w:tblPr>
      <w:tblGrid>
        <w:gridCol w:w="2736"/>
        <w:gridCol w:w="1152"/>
        <w:gridCol w:w="3024"/>
        <w:gridCol w:w="2448"/>
      </w:tblGrid>
      <w:tr w:rsidR="00DE38AB" w14:paraId="76EC6414" w14:textId="77777777">
        <w:trPr>
          <w:jc w:val="center"/>
        </w:trPr>
        <w:tc>
          <w:tcPr>
            <w:tcW w:w="2736" w:type="dxa"/>
            <w:tcBorders>
              <w:top w:val="single" w:sz="8" w:space="0" w:color="C7D1D5"/>
              <w:left w:val="single" w:sz="8" w:space="0" w:color="C7D1D5"/>
              <w:bottom w:val="single" w:sz="8" w:space="0" w:color="C7D1D5"/>
              <w:right w:val="single" w:sz="8" w:space="0" w:color="C7D1D5"/>
            </w:tcBorders>
            <w:shd w:val="clear" w:color="auto" w:fill="F4F6F7"/>
            <w:tcMar>
              <w:top w:w="65" w:type="dxa"/>
              <w:left w:w="80" w:type="dxa"/>
              <w:bottom w:w="65" w:type="dxa"/>
              <w:right w:w="80" w:type="dxa"/>
            </w:tcMar>
            <w:vAlign w:val="center"/>
          </w:tcPr>
          <w:p w14:paraId="14136881" w14:textId="77777777" w:rsidR="00DE38AB" w:rsidRDefault="00000000">
            <w:pPr>
              <w:spacing w:after="0"/>
              <w:jc w:val="center"/>
            </w:pPr>
            <w:r>
              <w:rPr>
                <w:b/>
                <w:color w:val="222222"/>
                <w:sz w:val="19"/>
              </w:rPr>
              <w:t>Name</w:t>
            </w:r>
          </w:p>
        </w:tc>
        <w:tc>
          <w:tcPr>
            <w:tcW w:w="1152" w:type="dxa"/>
            <w:tcBorders>
              <w:top w:val="single" w:sz="8" w:space="0" w:color="C7D1D5"/>
              <w:left w:val="single" w:sz="8" w:space="0" w:color="C7D1D5"/>
              <w:bottom w:val="single" w:sz="8" w:space="0" w:color="C7D1D5"/>
              <w:right w:val="single" w:sz="8" w:space="0" w:color="C7D1D5"/>
            </w:tcBorders>
            <w:shd w:val="clear" w:color="auto" w:fill="F4F6F7"/>
            <w:tcMar>
              <w:top w:w="65" w:type="dxa"/>
              <w:left w:w="80" w:type="dxa"/>
              <w:bottom w:w="65" w:type="dxa"/>
              <w:right w:w="80" w:type="dxa"/>
            </w:tcMar>
            <w:vAlign w:val="center"/>
          </w:tcPr>
          <w:p w14:paraId="479CCFE4" w14:textId="77777777" w:rsidR="00DE38AB" w:rsidRDefault="00000000">
            <w:pPr>
              <w:spacing w:after="0"/>
              <w:jc w:val="center"/>
            </w:pPr>
            <w:r>
              <w:rPr>
                <w:b/>
                <w:color w:val="222222"/>
                <w:sz w:val="19"/>
              </w:rPr>
              <w:t>Age</w:t>
            </w:r>
          </w:p>
        </w:tc>
        <w:tc>
          <w:tcPr>
            <w:tcW w:w="3024" w:type="dxa"/>
            <w:tcBorders>
              <w:top w:val="single" w:sz="8" w:space="0" w:color="C7D1D5"/>
              <w:left w:val="single" w:sz="8" w:space="0" w:color="C7D1D5"/>
              <w:bottom w:val="single" w:sz="8" w:space="0" w:color="C7D1D5"/>
              <w:right w:val="single" w:sz="8" w:space="0" w:color="C7D1D5"/>
            </w:tcBorders>
            <w:shd w:val="clear" w:color="auto" w:fill="F4F6F7"/>
            <w:tcMar>
              <w:top w:w="65" w:type="dxa"/>
              <w:left w:w="80" w:type="dxa"/>
              <w:bottom w:w="65" w:type="dxa"/>
              <w:right w:w="80" w:type="dxa"/>
            </w:tcMar>
            <w:vAlign w:val="center"/>
          </w:tcPr>
          <w:p w14:paraId="65E02C0D" w14:textId="77777777" w:rsidR="00DE38AB" w:rsidRDefault="00000000">
            <w:pPr>
              <w:spacing w:after="0"/>
              <w:jc w:val="center"/>
            </w:pPr>
            <w:r>
              <w:rPr>
                <w:b/>
                <w:color w:val="222222"/>
                <w:sz w:val="19"/>
              </w:rPr>
              <w:t>Email</w:t>
            </w:r>
          </w:p>
        </w:tc>
        <w:tc>
          <w:tcPr>
            <w:tcW w:w="2448" w:type="dxa"/>
            <w:tcBorders>
              <w:top w:val="single" w:sz="8" w:space="0" w:color="C7D1D5"/>
              <w:left w:val="single" w:sz="8" w:space="0" w:color="C7D1D5"/>
              <w:bottom w:val="single" w:sz="8" w:space="0" w:color="C7D1D5"/>
              <w:right w:val="single" w:sz="8" w:space="0" w:color="C7D1D5"/>
            </w:tcBorders>
            <w:shd w:val="clear" w:color="auto" w:fill="F4F6F7"/>
            <w:tcMar>
              <w:top w:w="65" w:type="dxa"/>
              <w:left w:w="80" w:type="dxa"/>
              <w:bottom w:w="65" w:type="dxa"/>
              <w:right w:w="80" w:type="dxa"/>
            </w:tcMar>
            <w:vAlign w:val="center"/>
          </w:tcPr>
          <w:p w14:paraId="6406E0D6" w14:textId="77777777" w:rsidR="00DE38AB" w:rsidRDefault="00000000">
            <w:pPr>
              <w:spacing w:after="0"/>
              <w:jc w:val="center"/>
            </w:pPr>
            <w:r>
              <w:rPr>
                <w:b/>
                <w:color w:val="222222"/>
                <w:sz w:val="19"/>
              </w:rPr>
              <w:t>Phone Number</w:t>
            </w:r>
          </w:p>
        </w:tc>
      </w:tr>
      <w:tr w:rsidR="00DE38AB" w14:paraId="2FD1208E" w14:textId="77777777">
        <w:trPr>
          <w:jc w:val="center"/>
        </w:trPr>
        <w:tc>
          <w:tcPr>
            <w:tcW w:w="2736" w:type="dxa"/>
            <w:tcBorders>
              <w:top w:val="single" w:sz="8" w:space="0" w:color="C7D1D5"/>
              <w:left w:val="single" w:sz="8" w:space="0" w:color="C7D1D5"/>
              <w:bottom w:val="single" w:sz="8" w:space="0" w:color="C7D1D5"/>
              <w:right w:val="single" w:sz="8" w:space="0" w:color="C7D1D5"/>
            </w:tcBorders>
            <w:tcMar>
              <w:top w:w="65" w:type="dxa"/>
              <w:left w:w="80" w:type="dxa"/>
              <w:bottom w:w="65" w:type="dxa"/>
              <w:right w:w="80" w:type="dxa"/>
            </w:tcMar>
            <w:vAlign w:val="center"/>
          </w:tcPr>
          <w:p w14:paraId="65C85A82" w14:textId="77777777" w:rsidR="00DE38AB" w:rsidRDefault="00DE38AB">
            <w:pPr>
              <w:spacing w:after="0" w:line="264" w:lineRule="auto"/>
            </w:pPr>
          </w:p>
        </w:tc>
        <w:tc>
          <w:tcPr>
            <w:tcW w:w="1152" w:type="dxa"/>
            <w:tcBorders>
              <w:top w:val="single" w:sz="8" w:space="0" w:color="C7D1D5"/>
              <w:left w:val="single" w:sz="8" w:space="0" w:color="C7D1D5"/>
              <w:bottom w:val="single" w:sz="8" w:space="0" w:color="C7D1D5"/>
              <w:right w:val="single" w:sz="8" w:space="0" w:color="C7D1D5"/>
            </w:tcBorders>
            <w:tcMar>
              <w:top w:w="65" w:type="dxa"/>
              <w:left w:w="80" w:type="dxa"/>
              <w:bottom w:w="65" w:type="dxa"/>
              <w:right w:w="80" w:type="dxa"/>
            </w:tcMar>
            <w:vAlign w:val="center"/>
          </w:tcPr>
          <w:p w14:paraId="5245282F" w14:textId="77777777" w:rsidR="00DE38AB" w:rsidRDefault="00DE38AB">
            <w:pPr>
              <w:spacing w:after="0" w:line="264" w:lineRule="auto"/>
            </w:pPr>
          </w:p>
        </w:tc>
        <w:tc>
          <w:tcPr>
            <w:tcW w:w="3024" w:type="dxa"/>
            <w:tcBorders>
              <w:top w:val="single" w:sz="8" w:space="0" w:color="C7D1D5"/>
              <w:left w:val="single" w:sz="8" w:space="0" w:color="C7D1D5"/>
              <w:bottom w:val="single" w:sz="8" w:space="0" w:color="C7D1D5"/>
              <w:right w:val="single" w:sz="8" w:space="0" w:color="C7D1D5"/>
            </w:tcBorders>
            <w:tcMar>
              <w:top w:w="65" w:type="dxa"/>
              <w:left w:w="80" w:type="dxa"/>
              <w:bottom w:w="65" w:type="dxa"/>
              <w:right w:w="80" w:type="dxa"/>
            </w:tcMar>
            <w:vAlign w:val="center"/>
          </w:tcPr>
          <w:p w14:paraId="42236FB0" w14:textId="77777777" w:rsidR="00DE38AB" w:rsidRDefault="00DE38AB">
            <w:pPr>
              <w:spacing w:after="0" w:line="264" w:lineRule="auto"/>
            </w:pPr>
          </w:p>
        </w:tc>
        <w:tc>
          <w:tcPr>
            <w:tcW w:w="2448" w:type="dxa"/>
            <w:tcBorders>
              <w:top w:val="single" w:sz="8" w:space="0" w:color="C7D1D5"/>
              <w:left w:val="single" w:sz="8" w:space="0" w:color="C7D1D5"/>
              <w:bottom w:val="single" w:sz="8" w:space="0" w:color="C7D1D5"/>
              <w:right w:val="single" w:sz="8" w:space="0" w:color="C7D1D5"/>
            </w:tcBorders>
            <w:tcMar>
              <w:top w:w="65" w:type="dxa"/>
              <w:left w:w="80" w:type="dxa"/>
              <w:bottom w:w="65" w:type="dxa"/>
              <w:right w:w="80" w:type="dxa"/>
            </w:tcMar>
            <w:vAlign w:val="center"/>
          </w:tcPr>
          <w:p w14:paraId="648079E5" w14:textId="77777777" w:rsidR="00DE38AB" w:rsidRDefault="00DE38AB">
            <w:pPr>
              <w:spacing w:after="0" w:line="264" w:lineRule="auto"/>
            </w:pPr>
          </w:p>
        </w:tc>
      </w:tr>
    </w:tbl>
    <w:p w14:paraId="04DAC3AD" w14:textId="77777777" w:rsidR="00DE38AB" w:rsidRDefault="00DE38AB">
      <w:pPr>
        <w:spacing w:after="0"/>
      </w:pPr>
    </w:p>
    <w:p w14:paraId="57918063" w14:textId="44F43C27" w:rsidR="00DE38AB" w:rsidRDefault="00000000">
      <w:pPr>
        <w:spacing w:after="80"/>
      </w:pPr>
      <w:r>
        <w:rPr>
          <w:b/>
          <w:color w:val="222222"/>
        </w:rPr>
        <w:t>Additional youth project leads or participants</w:t>
      </w:r>
      <w:r w:rsidR="00374E73">
        <w:rPr>
          <w:b/>
          <w:color w:val="222222"/>
        </w:rPr>
        <w:t xml:space="preserve"> (optional)</w:t>
      </w:r>
    </w:p>
    <w:tbl>
      <w:tblPr>
        <w:tblW w:w="0" w:type="auto"/>
        <w:jc w:val="center"/>
        <w:tblLayout w:type="fixed"/>
        <w:tblLook w:val="04A0" w:firstRow="1" w:lastRow="0" w:firstColumn="1" w:lastColumn="0" w:noHBand="0" w:noVBand="1"/>
      </w:tblPr>
      <w:tblGrid>
        <w:gridCol w:w="2736"/>
        <w:gridCol w:w="1152"/>
        <w:gridCol w:w="3024"/>
        <w:gridCol w:w="2448"/>
      </w:tblGrid>
      <w:tr w:rsidR="00DE38AB" w14:paraId="28680087" w14:textId="77777777">
        <w:trPr>
          <w:jc w:val="center"/>
        </w:trPr>
        <w:tc>
          <w:tcPr>
            <w:tcW w:w="2736" w:type="dxa"/>
            <w:tcBorders>
              <w:top w:val="single" w:sz="8" w:space="0" w:color="C7D1D5"/>
              <w:left w:val="single" w:sz="8" w:space="0" w:color="C7D1D5"/>
              <w:bottom w:val="single" w:sz="8" w:space="0" w:color="C7D1D5"/>
              <w:right w:val="single" w:sz="8" w:space="0" w:color="C7D1D5"/>
            </w:tcBorders>
            <w:shd w:val="clear" w:color="auto" w:fill="F4F6F7"/>
            <w:tcMar>
              <w:top w:w="65" w:type="dxa"/>
              <w:left w:w="80" w:type="dxa"/>
              <w:bottom w:w="65" w:type="dxa"/>
              <w:right w:w="80" w:type="dxa"/>
            </w:tcMar>
          </w:tcPr>
          <w:p w14:paraId="03F74D2E" w14:textId="77777777" w:rsidR="00DE38AB" w:rsidRDefault="00000000">
            <w:pPr>
              <w:spacing w:after="0"/>
              <w:jc w:val="center"/>
            </w:pPr>
            <w:r>
              <w:rPr>
                <w:b/>
                <w:color w:val="222222"/>
                <w:sz w:val="19"/>
              </w:rPr>
              <w:t>Name(s)</w:t>
            </w:r>
          </w:p>
        </w:tc>
        <w:tc>
          <w:tcPr>
            <w:tcW w:w="1152" w:type="dxa"/>
            <w:tcBorders>
              <w:top w:val="single" w:sz="8" w:space="0" w:color="C7D1D5"/>
              <w:left w:val="single" w:sz="8" w:space="0" w:color="C7D1D5"/>
              <w:bottom w:val="single" w:sz="8" w:space="0" w:color="C7D1D5"/>
              <w:right w:val="single" w:sz="8" w:space="0" w:color="C7D1D5"/>
            </w:tcBorders>
            <w:shd w:val="clear" w:color="auto" w:fill="F4F6F7"/>
            <w:tcMar>
              <w:top w:w="65" w:type="dxa"/>
              <w:left w:w="80" w:type="dxa"/>
              <w:bottom w:w="65" w:type="dxa"/>
              <w:right w:w="80" w:type="dxa"/>
            </w:tcMar>
          </w:tcPr>
          <w:p w14:paraId="415890D0" w14:textId="77777777" w:rsidR="00DE38AB" w:rsidRDefault="00000000">
            <w:pPr>
              <w:spacing w:after="0"/>
              <w:jc w:val="center"/>
            </w:pPr>
            <w:r>
              <w:rPr>
                <w:b/>
                <w:color w:val="222222"/>
                <w:sz w:val="19"/>
              </w:rPr>
              <w:t>Age(s)</w:t>
            </w:r>
          </w:p>
        </w:tc>
        <w:tc>
          <w:tcPr>
            <w:tcW w:w="3024" w:type="dxa"/>
            <w:tcBorders>
              <w:top w:val="single" w:sz="8" w:space="0" w:color="C7D1D5"/>
              <w:left w:val="single" w:sz="8" w:space="0" w:color="C7D1D5"/>
              <w:bottom w:val="single" w:sz="8" w:space="0" w:color="C7D1D5"/>
              <w:right w:val="single" w:sz="8" w:space="0" w:color="C7D1D5"/>
            </w:tcBorders>
            <w:shd w:val="clear" w:color="auto" w:fill="F4F6F7"/>
            <w:tcMar>
              <w:top w:w="65" w:type="dxa"/>
              <w:left w:w="80" w:type="dxa"/>
              <w:bottom w:w="65" w:type="dxa"/>
              <w:right w:w="80" w:type="dxa"/>
            </w:tcMar>
          </w:tcPr>
          <w:p w14:paraId="7DB850C1" w14:textId="77777777" w:rsidR="00DE38AB" w:rsidRDefault="00000000">
            <w:pPr>
              <w:spacing w:after="0"/>
              <w:jc w:val="center"/>
            </w:pPr>
            <w:r>
              <w:rPr>
                <w:b/>
                <w:color w:val="222222"/>
                <w:sz w:val="19"/>
              </w:rPr>
              <w:t>Email(s)</w:t>
            </w:r>
          </w:p>
        </w:tc>
        <w:tc>
          <w:tcPr>
            <w:tcW w:w="2448" w:type="dxa"/>
            <w:tcBorders>
              <w:top w:val="single" w:sz="8" w:space="0" w:color="C7D1D5"/>
              <w:left w:val="single" w:sz="8" w:space="0" w:color="C7D1D5"/>
              <w:bottom w:val="single" w:sz="8" w:space="0" w:color="C7D1D5"/>
              <w:right w:val="single" w:sz="8" w:space="0" w:color="C7D1D5"/>
            </w:tcBorders>
            <w:shd w:val="clear" w:color="auto" w:fill="F4F6F7"/>
            <w:tcMar>
              <w:top w:w="65" w:type="dxa"/>
              <w:left w:w="80" w:type="dxa"/>
              <w:bottom w:w="65" w:type="dxa"/>
              <w:right w:w="80" w:type="dxa"/>
            </w:tcMar>
          </w:tcPr>
          <w:p w14:paraId="22FEEA1C" w14:textId="77777777" w:rsidR="00DE38AB" w:rsidRDefault="00000000">
            <w:pPr>
              <w:spacing w:after="0"/>
              <w:jc w:val="center"/>
            </w:pPr>
            <w:r>
              <w:rPr>
                <w:b/>
                <w:color w:val="222222"/>
                <w:sz w:val="19"/>
              </w:rPr>
              <w:t>Phone Number(s)</w:t>
            </w:r>
          </w:p>
        </w:tc>
      </w:tr>
      <w:tr w:rsidR="00DE38AB" w14:paraId="111E16A0" w14:textId="77777777">
        <w:trPr>
          <w:jc w:val="center"/>
        </w:trPr>
        <w:tc>
          <w:tcPr>
            <w:tcW w:w="2736" w:type="dxa"/>
            <w:tcBorders>
              <w:top w:val="single" w:sz="8" w:space="0" w:color="C7D1D5"/>
              <w:left w:val="single" w:sz="8" w:space="0" w:color="C7D1D5"/>
              <w:bottom w:val="single" w:sz="8" w:space="0" w:color="C7D1D5"/>
              <w:right w:val="single" w:sz="8" w:space="0" w:color="C7D1D5"/>
            </w:tcBorders>
            <w:tcMar>
              <w:top w:w="65" w:type="dxa"/>
              <w:left w:w="80" w:type="dxa"/>
              <w:bottom w:w="65" w:type="dxa"/>
              <w:right w:w="80" w:type="dxa"/>
            </w:tcMar>
          </w:tcPr>
          <w:p w14:paraId="38E8F20B" w14:textId="77777777" w:rsidR="00DE38AB" w:rsidRDefault="00000000">
            <w:pPr>
              <w:spacing w:after="0"/>
            </w:pPr>
            <w:r>
              <w:br/>
            </w:r>
          </w:p>
        </w:tc>
        <w:tc>
          <w:tcPr>
            <w:tcW w:w="1152" w:type="dxa"/>
            <w:tcBorders>
              <w:top w:val="single" w:sz="8" w:space="0" w:color="C7D1D5"/>
              <w:left w:val="single" w:sz="8" w:space="0" w:color="C7D1D5"/>
              <w:bottom w:val="single" w:sz="8" w:space="0" w:color="C7D1D5"/>
              <w:right w:val="single" w:sz="8" w:space="0" w:color="C7D1D5"/>
            </w:tcBorders>
            <w:tcMar>
              <w:top w:w="65" w:type="dxa"/>
              <w:left w:w="80" w:type="dxa"/>
              <w:bottom w:w="65" w:type="dxa"/>
              <w:right w:w="80" w:type="dxa"/>
            </w:tcMar>
          </w:tcPr>
          <w:p w14:paraId="5B9A4FE9" w14:textId="77777777" w:rsidR="00DE38AB" w:rsidRDefault="00000000">
            <w:pPr>
              <w:spacing w:after="0"/>
            </w:pPr>
            <w:r>
              <w:br/>
            </w:r>
          </w:p>
        </w:tc>
        <w:tc>
          <w:tcPr>
            <w:tcW w:w="3024" w:type="dxa"/>
            <w:tcBorders>
              <w:top w:val="single" w:sz="8" w:space="0" w:color="C7D1D5"/>
              <w:left w:val="single" w:sz="8" w:space="0" w:color="C7D1D5"/>
              <w:bottom w:val="single" w:sz="8" w:space="0" w:color="C7D1D5"/>
              <w:right w:val="single" w:sz="8" w:space="0" w:color="C7D1D5"/>
            </w:tcBorders>
            <w:tcMar>
              <w:top w:w="65" w:type="dxa"/>
              <w:left w:w="80" w:type="dxa"/>
              <w:bottom w:w="65" w:type="dxa"/>
              <w:right w:w="80" w:type="dxa"/>
            </w:tcMar>
          </w:tcPr>
          <w:p w14:paraId="49F87529" w14:textId="77777777" w:rsidR="00DE38AB" w:rsidRDefault="00000000">
            <w:pPr>
              <w:spacing w:after="0"/>
            </w:pPr>
            <w:r>
              <w:br/>
            </w:r>
          </w:p>
        </w:tc>
        <w:tc>
          <w:tcPr>
            <w:tcW w:w="2448" w:type="dxa"/>
            <w:tcBorders>
              <w:top w:val="single" w:sz="8" w:space="0" w:color="C7D1D5"/>
              <w:left w:val="single" w:sz="8" w:space="0" w:color="C7D1D5"/>
              <w:bottom w:val="single" w:sz="8" w:space="0" w:color="C7D1D5"/>
              <w:right w:val="single" w:sz="8" w:space="0" w:color="C7D1D5"/>
            </w:tcBorders>
            <w:tcMar>
              <w:top w:w="65" w:type="dxa"/>
              <w:left w:w="80" w:type="dxa"/>
              <w:bottom w:w="65" w:type="dxa"/>
              <w:right w:w="80" w:type="dxa"/>
            </w:tcMar>
          </w:tcPr>
          <w:p w14:paraId="5BB385BA" w14:textId="77777777" w:rsidR="00DE38AB" w:rsidRDefault="00000000">
            <w:pPr>
              <w:spacing w:after="0"/>
            </w:pPr>
            <w:r>
              <w:br/>
            </w:r>
          </w:p>
        </w:tc>
      </w:tr>
    </w:tbl>
    <w:p w14:paraId="4A56BABC" w14:textId="56802F1A" w:rsidR="00DE38AB" w:rsidRDefault="00374E73">
      <w:pPr>
        <w:spacing w:after="40"/>
        <w:rPr>
          <w:bCs/>
          <w:i/>
          <w:color w:val="222222"/>
        </w:rPr>
      </w:pPr>
      <w:r w:rsidRPr="00374E73">
        <w:rPr>
          <w:bCs/>
          <w:i/>
          <w:color w:val="222222"/>
        </w:rPr>
        <w:t>* Project leads should be prepared to actively manage the project from start to finish, including participating in check-ins, sharing progress updates, coordinating with partners or mentors, and submitting required reports and financial documentation, such as receipts and expense records.</w:t>
      </w:r>
    </w:p>
    <w:p w14:paraId="0AB10E44" w14:textId="77777777" w:rsidR="00374E73" w:rsidRDefault="00374E73">
      <w:pPr>
        <w:spacing w:after="40"/>
      </w:pPr>
    </w:p>
    <w:p w14:paraId="7C46AA7D" w14:textId="77777777" w:rsidR="00DE38AB" w:rsidRDefault="00000000">
      <w:pPr>
        <w:spacing w:before="80" w:after="80"/>
      </w:pPr>
      <w:r w:rsidRPr="00912786">
        <w:rPr>
          <w:b/>
          <w:sz w:val="24"/>
        </w:rPr>
        <w:t>Organizational eligibility</w:t>
      </w:r>
    </w:p>
    <w:p w14:paraId="3E0788B4" w14:textId="2F215844" w:rsidR="00DE38AB" w:rsidRDefault="00705F0E">
      <w:pPr>
        <w:spacing w:after="80" w:line="259" w:lineRule="auto"/>
      </w:pPr>
      <w:r>
        <w:rPr>
          <w:b/>
          <w:color w:val="222222"/>
        </w:rPr>
        <w:t>1. Please select one of the following:</w:t>
      </w:r>
    </w:p>
    <w:p w14:paraId="42142EA4" w14:textId="729ADE90" w:rsidR="00DE38AB" w:rsidRDefault="00000000" w:rsidP="00374E73">
      <w:pPr>
        <w:pStyle w:val="ListParagraph"/>
        <w:numPr>
          <w:ilvl w:val="0"/>
          <w:numId w:val="10"/>
        </w:numPr>
        <w:spacing w:after="60" w:line="259" w:lineRule="auto"/>
      </w:pPr>
      <w:r w:rsidRPr="00374E73">
        <w:rPr>
          <w:color w:val="222222"/>
        </w:rPr>
        <w:t>☐ We are an organization with an existing, documented youth program.</w:t>
      </w:r>
    </w:p>
    <w:p w14:paraId="1B4E2DD6" w14:textId="2C8FA8C8" w:rsidR="00DE38AB" w:rsidRDefault="00000000" w:rsidP="00374E73">
      <w:pPr>
        <w:pStyle w:val="ListParagraph"/>
        <w:numPr>
          <w:ilvl w:val="0"/>
          <w:numId w:val="10"/>
        </w:numPr>
        <w:spacing w:after="60" w:line="259" w:lineRule="auto"/>
      </w:pPr>
      <w:r w:rsidRPr="00374E73">
        <w:rPr>
          <w:color w:val="222222"/>
        </w:rPr>
        <w:t>☐ We are an established youth group with a documented name and organizational structure.</w:t>
      </w:r>
    </w:p>
    <w:p w14:paraId="21411F92" w14:textId="78347247" w:rsidR="00DE38AB" w:rsidRDefault="00000000" w:rsidP="00374E73">
      <w:pPr>
        <w:pStyle w:val="ListParagraph"/>
        <w:numPr>
          <w:ilvl w:val="0"/>
          <w:numId w:val="10"/>
        </w:numPr>
        <w:spacing w:after="60" w:line="259" w:lineRule="auto"/>
      </w:pPr>
      <w:r w:rsidRPr="00374E73">
        <w:rPr>
          <w:color w:val="222222"/>
        </w:rPr>
        <w:t>☐ We do not meet one of the categories above and understand that we must demonstrate youth leadership, participation, and project capacity through this application and any follow-up requested.</w:t>
      </w:r>
    </w:p>
    <w:p w14:paraId="5A64D9B0" w14:textId="47E31960" w:rsidR="00DE38AB" w:rsidRPr="00705F0E" w:rsidRDefault="00705F0E">
      <w:pPr>
        <w:spacing w:after="60" w:line="259" w:lineRule="auto"/>
        <w:rPr>
          <w:color w:val="000000" w:themeColor="text1"/>
        </w:rPr>
      </w:pPr>
      <w:r>
        <w:rPr>
          <w:b/>
          <w:color w:val="000000" w:themeColor="text1"/>
        </w:rPr>
        <w:lastRenderedPageBreak/>
        <w:t xml:space="preserve">2. </w:t>
      </w:r>
      <w:r w:rsidRPr="00705F0E">
        <w:rPr>
          <w:b/>
          <w:color w:val="000000" w:themeColor="text1"/>
        </w:rPr>
        <w:t xml:space="preserve">If you selected options </w:t>
      </w:r>
      <w:r w:rsidR="00300E0D">
        <w:rPr>
          <w:b/>
          <w:color w:val="000000" w:themeColor="text1"/>
        </w:rPr>
        <w:t>A</w:t>
      </w:r>
      <w:r w:rsidRPr="00705F0E">
        <w:rPr>
          <w:b/>
          <w:color w:val="000000" w:themeColor="text1"/>
        </w:rPr>
        <w:t xml:space="preserve"> or </w:t>
      </w:r>
      <w:r w:rsidR="00300E0D">
        <w:rPr>
          <w:b/>
          <w:color w:val="000000" w:themeColor="text1"/>
        </w:rPr>
        <w:t>B</w:t>
      </w:r>
      <w:r w:rsidRPr="00705F0E">
        <w:rPr>
          <w:b/>
          <w:color w:val="000000" w:themeColor="text1"/>
        </w:rPr>
        <w:t>, briefly describe your organization's existing youth program or your group's organizational structure.</w:t>
      </w:r>
    </w:p>
    <w:p w14:paraId="6A0010DF" w14:textId="77777777" w:rsidR="00DE38AB" w:rsidRDefault="00000000">
      <w:pPr>
        <w:spacing w:after="80" w:line="259" w:lineRule="auto"/>
      </w:pPr>
      <w:r>
        <w:rPr>
          <w:i/>
          <w:color w:val="222222"/>
        </w:rPr>
        <w:t>Examples may include an existing youth program, club structure, student organization, advisor, or other established youth-focused activities. Max 100 words.</w:t>
      </w:r>
    </w:p>
    <w:tbl>
      <w:tblPr>
        <w:tblW w:w="0" w:type="auto"/>
        <w:jc w:val="center"/>
        <w:tblLayout w:type="fixed"/>
        <w:tblLook w:val="04A0" w:firstRow="1" w:lastRow="0" w:firstColumn="1" w:lastColumn="0" w:noHBand="0" w:noVBand="1"/>
      </w:tblPr>
      <w:tblGrid>
        <w:gridCol w:w="10080"/>
      </w:tblGrid>
      <w:tr w:rsidR="00DE38AB" w14:paraId="13F5A710" w14:textId="77777777">
        <w:trPr>
          <w:jc w:val="center"/>
        </w:trPr>
        <w:tc>
          <w:tcPr>
            <w:tcW w:w="10080" w:type="dxa"/>
            <w:tcBorders>
              <w:top w:val="single" w:sz="10" w:space="0" w:color="AAB7BC"/>
              <w:left w:val="single" w:sz="10" w:space="0" w:color="AAB7BC"/>
              <w:bottom w:val="single" w:sz="10" w:space="0" w:color="AAB7BC"/>
              <w:right w:val="single" w:sz="10" w:space="0" w:color="AAB7BC"/>
            </w:tcBorders>
            <w:tcMar>
              <w:top w:w="90" w:type="dxa"/>
              <w:left w:w="110" w:type="dxa"/>
              <w:bottom w:w="90" w:type="dxa"/>
              <w:right w:w="110" w:type="dxa"/>
            </w:tcMar>
          </w:tcPr>
          <w:p w14:paraId="1F943659" w14:textId="77777777" w:rsidR="00DE38AB" w:rsidRDefault="00000000">
            <w:pPr>
              <w:spacing w:after="0" w:line="240" w:lineRule="auto"/>
            </w:pPr>
            <w:r>
              <w:rPr>
                <w:color w:val="222222"/>
              </w:rPr>
              <w:br/>
            </w:r>
            <w:r>
              <w:rPr>
                <w:color w:val="222222"/>
              </w:rPr>
              <w:br/>
            </w:r>
            <w:r>
              <w:rPr>
                <w:color w:val="222222"/>
              </w:rPr>
              <w:br/>
            </w:r>
          </w:p>
        </w:tc>
      </w:tr>
    </w:tbl>
    <w:p w14:paraId="5216C32A" w14:textId="77777777" w:rsidR="00DE38AB" w:rsidRDefault="00DE38AB">
      <w:pPr>
        <w:spacing w:after="40"/>
      </w:pPr>
    </w:p>
    <w:p w14:paraId="4E49FE7E" w14:textId="30636AB3" w:rsidR="00DE38AB" w:rsidRPr="00705F0E" w:rsidRDefault="00705F0E">
      <w:pPr>
        <w:spacing w:after="60" w:line="259" w:lineRule="auto"/>
        <w:rPr>
          <w:color w:val="000000" w:themeColor="text1"/>
        </w:rPr>
      </w:pPr>
      <w:r>
        <w:rPr>
          <w:b/>
          <w:color w:val="000000" w:themeColor="text1"/>
        </w:rPr>
        <w:t xml:space="preserve">3. </w:t>
      </w:r>
      <w:r w:rsidRPr="00705F0E">
        <w:rPr>
          <w:b/>
          <w:color w:val="000000" w:themeColor="text1"/>
        </w:rPr>
        <w:t xml:space="preserve">If you selected option </w:t>
      </w:r>
      <w:r w:rsidR="00300E0D">
        <w:rPr>
          <w:b/>
          <w:color w:val="000000" w:themeColor="text1"/>
        </w:rPr>
        <w:t>C</w:t>
      </w:r>
      <w:r w:rsidRPr="00705F0E">
        <w:rPr>
          <w:b/>
          <w:color w:val="000000" w:themeColor="text1"/>
        </w:rPr>
        <w:t>, explain how your project meets the Youth Climate Action Fund eligibility requirements</w:t>
      </w:r>
      <w:r w:rsidR="00B32063">
        <w:rPr>
          <w:b/>
          <w:color w:val="000000" w:themeColor="text1"/>
        </w:rPr>
        <w:t xml:space="preserve"> (see Columbus YCAF Guidance document for full eligibility requirements)</w:t>
      </w:r>
      <w:r w:rsidRPr="00705F0E">
        <w:rPr>
          <w:b/>
          <w:color w:val="000000" w:themeColor="text1"/>
        </w:rPr>
        <w:t>.</w:t>
      </w:r>
    </w:p>
    <w:p w14:paraId="07B5189F" w14:textId="77777777" w:rsidR="00DE38AB" w:rsidRDefault="00000000">
      <w:pPr>
        <w:spacing w:after="80" w:line="259" w:lineRule="auto"/>
      </w:pPr>
      <w:r>
        <w:rPr>
          <w:i/>
          <w:color w:val="222222"/>
        </w:rPr>
        <w:t>Please describe how the project is youth-led, how at least three youth ages 15 to 24 will actively participate in planning and implementation, and how your team has the support, structure, and capacity needed to complete the project successfully. Max 200 words.</w:t>
      </w:r>
    </w:p>
    <w:tbl>
      <w:tblPr>
        <w:tblW w:w="0" w:type="auto"/>
        <w:jc w:val="center"/>
        <w:tblLayout w:type="fixed"/>
        <w:tblLook w:val="04A0" w:firstRow="1" w:lastRow="0" w:firstColumn="1" w:lastColumn="0" w:noHBand="0" w:noVBand="1"/>
      </w:tblPr>
      <w:tblGrid>
        <w:gridCol w:w="10080"/>
      </w:tblGrid>
      <w:tr w:rsidR="00DE38AB" w14:paraId="08B7B695" w14:textId="77777777">
        <w:trPr>
          <w:jc w:val="center"/>
        </w:trPr>
        <w:tc>
          <w:tcPr>
            <w:tcW w:w="10080" w:type="dxa"/>
            <w:tcBorders>
              <w:top w:val="single" w:sz="10" w:space="0" w:color="AAB7BC"/>
              <w:left w:val="single" w:sz="10" w:space="0" w:color="AAB7BC"/>
              <w:bottom w:val="single" w:sz="10" w:space="0" w:color="AAB7BC"/>
              <w:right w:val="single" w:sz="10" w:space="0" w:color="AAB7BC"/>
            </w:tcBorders>
            <w:tcMar>
              <w:top w:w="90" w:type="dxa"/>
              <w:left w:w="110" w:type="dxa"/>
              <w:bottom w:w="90" w:type="dxa"/>
              <w:right w:w="110" w:type="dxa"/>
            </w:tcMar>
          </w:tcPr>
          <w:p w14:paraId="497E2E01" w14:textId="77777777" w:rsidR="00DE38AB" w:rsidRDefault="00000000">
            <w:pPr>
              <w:spacing w:after="0" w:line="240" w:lineRule="auto"/>
            </w:pPr>
            <w:r>
              <w:rPr>
                <w:color w:val="222222"/>
              </w:rPr>
              <w:br/>
            </w:r>
            <w:r>
              <w:rPr>
                <w:color w:val="222222"/>
              </w:rPr>
              <w:br/>
            </w:r>
            <w:r>
              <w:rPr>
                <w:color w:val="222222"/>
              </w:rPr>
              <w:br/>
            </w:r>
            <w:r>
              <w:rPr>
                <w:color w:val="222222"/>
              </w:rPr>
              <w:br/>
            </w:r>
          </w:p>
        </w:tc>
      </w:tr>
    </w:tbl>
    <w:p w14:paraId="0AE419EB" w14:textId="77777777" w:rsidR="00DE38AB" w:rsidRDefault="00DE38AB">
      <w:pPr>
        <w:spacing w:after="40"/>
      </w:pPr>
    </w:p>
    <w:p w14:paraId="6BC31127" w14:textId="77777777" w:rsidR="00DE38AB" w:rsidRDefault="00000000">
      <w:pPr>
        <w:spacing w:before="80" w:after="80"/>
      </w:pPr>
      <w:r w:rsidRPr="00912786">
        <w:rPr>
          <w:b/>
          <w:sz w:val="24"/>
        </w:rPr>
        <w:t>Adult sponsor or mentor</w:t>
      </w:r>
    </w:p>
    <w:p w14:paraId="3575FBA1" w14:textId="2E55BA9F" w:rsidR="00DE38AB" w:rsidRDefault="00705F0E" w:rsidP="00705F0E">
      <w:pPr>
        <w:spacing w:after="80" w:line="259" w:lineRule="auto"/>
      </w:pPr>
      <w:r>
        <w:rPr>
          <w:b/>
          <w:color w:val="222222"/>
        </w:rPr>
        <w:t xml:space="preserve">4. </w:t>
      </w:r>
      <w:r w:rsidRPr="00705F0E">
        <w:rPr>
          <w:b/>
          <w:color w:val="222222"/>
        </w:rPr>
        <w:t>Are any of the youth project leads under age 18?</w:t>
      </w:r>
    </w:p>
    <w:p w14:paraId="0A433013" w14:textId="77777777" w:rsidR="00DE38AB" w:rsidRDefault="00000000">
      <w:pPr>
        <w:spacing w:after="60" w:line="259" w:lineRule="auto"/>
        <w:ind w:left="216"/>
      </w:pPr>
      <w:r>
        <w:rPr>
          <w:color w:val="222222"/>
        </w:rPr>
        <w:t>☐ Yes</w:t>
      </w:r>
    </w:p>
    <w:p w14:paraId="4E98018C" w14:textId="77777777" w:rsidR="00DE38AB" w:rsidRDefault="00000000">
      <w:pPr>
        <w:spacing w:after="60" w:line="259" w:lineRule="auto"/>
        <w:ind w:left="216"/>
      </w:pPr>
      <w:r>
        <w:rPr>
          <w:color w:val="222222"/>
        </w:rPr>
        <w:t>☐ No</w:t>
      </w:r>
    </w:p>
    <w:p w14:paraId="38803DFD" w14:textId="1F081CFB" w:rsidR="00DE38AB" w:rsidRDefault="00705F0E">
      <w:pPr>
        <w:spacing w:after="80" w:line="259" w:lineRule="auto"/>
      </w:pPr>
      <w:r>
        <w:rPr>
          <w:b/>
          <w:color w:val="222222"/>
        </w:rPr>
        <w:t xml:space="preserve">5. If yes, provide </w:t>
      </w:r>
      <w:proofErr w:type="gramStart"/>
      <w:r>
        <w:rPr>
          <w:b/>
          <w:color w:val="222222"/>
        </w:rPr>
        <w:t>the</w:t>
      </w:r>
      <w:proofErr w:type="gramEnd"/>
      <w:r>
        <w:rPr>
          <w:b/>
          <w:color w:val="222222"/>
        </w:rPr>
        <w:t xml:space="preserve"> adult mentor who will support the project.</w:t>
      </w:r>
      <w:r w:rsidR="0061260A" w:rsidRPr="0061260A">
        <w:rPr>
          <w:b/>
          <w:color w:val="222222"/>
        </w:rPr>
        <w:t xml:space="preserve"> </w:t>
      </w:r>
      <w:r w:rsidR="0061260A">
        <w:rPr>
          <w:b/>
          <w:color w:val="222222"/>
        </w:rPr>
        <w:t>*</w:t>
      </w:r>
    </w:p>
    <w:tbl>
      <w:tblPr>
        <w:tblW w:w="0" w:type="auto"/>
        <w:jc w:val="center"/>
        <w:tblLayout w:type="fixed"/>
        <w:tblLook w:val="04A0" w:firstRow="1" w:lastRow="0" w:firstColumn="1" w:lastColumn="0" w:noHBand="0" w:noVBand="1"/>
      </w:tblPr>
      <w:tblGrid>
        <w:gridCol w:w="3240"/>
        <w:gridCol w:w="6840"/>
      </w:tblGrid>
      <w:tr w:rsidR="00DE38AB" w14:paraId="0EEE6D5A" w14:textId="77777777">
        <w:trPr>
          <w:jc w:val="center"/>
        </w:trPr>
        <w:tc>
          <w:tcPr>
            <w:tcW w:w="3240" w:type="dxa"/>
            <w:tcBorders>
              <w:top w:val="single" w:sz="8" w:space="0" w:color="C7D1D5"/>
              <w:left w:val="single" w:sz="8" w:space="0" w:color="C7D1D5"/>
              <w:bottom w:val="single" w:sz="8" w:space="0" w:color="C7D1D5"/>
              <w:right w:val="single" w:sz="8" w:space="0" w:color="C7D1D5"/>
            </w:tcBorders>
            <w:shd w:val="clear" w:color="auto" w:fill="F4F6F7"/>
            <w:tcMar>
              <w:top w:w="70" w:type="dxa"/>
              <w:left w:w="90" w:type="dxa"/>
              <w:bottom w:w="70" w:type="dxa"/>
              <w:right w:w="90" w:type="dxa"/>
            </w:tcMar>
          </w:tcPr>
          <w:p w14:paraId="2AD6DC7E" w14:textId="77777777" w:rsidR="00DE38AB" w:rsidRDefault="00000000">
            <w:pPr>
              <w:spacing w:after="0" w:line="240" w:lineRule="auto"/>
            </w:pPr>
            <w:r>
              <w:rPr>
                <w:b/>
                <w:color w:val="222222"/>
                <w:sz w:val="20"/>
              </w:rPr>
              <w:t>Name</w:t>
            </w:r>
          </w:p>
        </w:tc>
        <w:tc>
          <w:tcPr>
            <w:tcW w:w="6840" w:type="dxa"/>
            <w:tcBorders>
              <w:top w:val="single" w:sz="8" w:space="0" w:color="C7D1D5"/>
              <w:left w:val="single" w:sz="8" w:space="0" w:color="C7D1D5"/>
              <w:bottom w:val="single" w:sz="8" w:space="0" w:color="C7D1D5"/>
              <w:right w:val="single" w:sz="8" w:space="0" w:color="C7D1D5"/>
            </w:tcBorders>
            <w:tcMar>
              <w:top w:w="70" w:type="dxa"/>
              <w:left w:w="90" w:type="dxa"/>
              <w:bottom w:w="70" w:type="dxa"/>
              <w:right w:w="90" w:type="dxa"/>
            </w:tcMar>
          </w:tcPr>
          <w:p w14:paraId="0FD58F7D" w14:textId="77777777" w:rsidR="00DE38AB" w:rsidRDefault="00DE38AB">
            <w:pPr>
              <w:spacing w:after="0" w:line="240" w:lineRule="auto"/>
            </w:pPr>
          </w:p>
        </w:tc>
      </w:tr>
      <w:tr w:rsidR="00DE38AB" w14:paraId="28036C35" w14:textId="77777777">
        <w:trPr>
          <w:jc w:val="center"/>
        </w:trPr>
        <w:tc>
          <w:tcPr>
            <w:tcW w:w="3240" w:type="dxa"/>
            <w:tcBorders>
              <w:top w:val="single" w:sz="8" w:space="0" w:color="C7D1D5"/>
              <w:left w:val="single" w:sz="8" w:space="0" w:color="C7D1D5"/>
              <w:bottom w:val="single" w:sz="8" w:space="0" w:color="C7D1D5"/>
              <w:right w:val="single" w:sz="8" w:space="0" w:color="C7D1D5"/>
            </w:tcBorders>
            <w:shd w:val="clear" w:color="auto" w:fill="F4F6F7"/>
            <w:tcMar>
              <w:top w:w="70" w:type="dxa"/>
              <w:left w:w="90" w:type="dxa"/>
              <w:bottom w:w="70" w:type="dxa"/>
              <w:right w:w="90" w:type="dxa"/>
            </w:tcMar>
          </w:tcPr>
          <w:p w14:paraId="6BE5DF59" w14:textId="77777777" w:rsidR="00DE38AB" w:rsidRDefault="00000000">
            <w:pPr>
              <w:spacing w:after="0" w:line="240" w:lineRule="auto"/>
            </w:pPr>
            <w:r>
              <w:rPr>
                <w:b/>
                <w:color w:val="222222"/>
                <w:sz w:val="20"/>
              </w:rPr>
              <w:t>Title/organization</w:t>
            </w:r>
          </w:p>
        </w:tc>
        <w:tc>
          <w:tcPr>
            <w:tcW w:w="6840" w:type="dxa"/>
            <w:tcBorders>
              <w:top w:val="single" w:sz="8" w:space="0" w:color="C7D1D5"/>
              <w:left w:val="single" w:sz="8" w:space="0" w:color="C7D1D5"/>
              <w:bottom w:val="single" w:sz="8" w:space="0" w:color="C7D1D5"/>
              <w:right w:val="single" w:sz="8" w:space="0" w:color="C7D1D5"/>
            </w:tcBorders>
            <w:tcMar>
              <w:top w:w="70" w:type="dxa"/>
              <w:left w:w="90" w:type="dxa"/>
              <w:bottom w:w="70" w:type="dxa"/>
              <w:right w:w="90" w:type="dxa"/>
            </w:tcMar>
          </w:tcPr>
          <w:p w14:paraId="6CB64860" w14:textId="77777777" w:rsidR="00DE38AB" w:rsidRDefault="00DE38AB">
            <w:pPr>
              <w:spacing w:after="0" w:line="240" w:lineRule="auto"/>
            </w:pPr>
          </w:p>
        </w:tc>
      </w:tr>
      <w:tr w:rsidR="00DE38AB" w14:paraId="13D7E958" w14:textId="77777777">
        <w:trPr>
          <w:jc w:val="center"/>
        </w:trPr>
        <w:tc>
          <w:tcPr>
            <w:tcW w:w="3240" w:type="dxa"/>
            <w:tcBorders>
              <w:top w:val="single" w:sz="8" w:space="0" w:color="C7D1D5"/>
              <w:left w:val="single" w:sz="8" w:space="0" w:color="C7D1D5"/>
              <w:bottom w:val="single" w:sz="8" w:space="0" w:color="C7D1D5"/>
              <w:right w:val="single" w:sz="8" w:space="0" w:color="C7D1D5"/>
            </w:tcBorders>
            <w:shd w:val="clear" w:color="auto" w:fill="F4F6F7"/>
            <w:tcMar>
              <w:top w:w="70" w:type="dxa"/>
              <w:left w:w="90" w:type="dxa"/>
              <w:bottom w:w="70" w:type="dxa"/>
              <w:right w:w="90" w:type="dxa"/>
            </w:tcMar>
          </w:tcPr>
          <w:p w14:paraId="265B054C" w14:textId="77777777" w:rsidR="00DE38AB" w:rsidRDefault="00000000">
            <w:pPr>
              <w:spacing w:after="0" w:line="240" w:lineRule="auto"/>
            </w:pPr>
            <w:r>
              <w:rPr>
                <w:b/>
                <w:color w:val="222222"/>
                <w:sz w:val="20"/>
              </w:rPr>
              <w:t>Email</w:t>
            </w:r>
          </w:p>
        </w:tc>
        <w:tc>
          <w:tcPr>
            <w:tcW w:w="6840" w:type="dxa"/>
            <w:tcBorders>
              <w:top w:val="single" w:sz="8" w:space="0" w:color="C7D1D5"/>
              <w:left w:val="single" w:sz="8" w:space="0" w:color="C7D1D5"/>
              <w:bottom w:val="single" w:sz="8" w:space="0" w:color="C7D1D5"/>
              <w:right w:val="single" w:sz="8" w:space="0" w:color="C7D1D5"/>
            </w:tcBorders>
            <w:tcMar>
              <w:top w:w="70" w:type="dxa"/>
              <w:left w:w="90" w:type="dxa"/>
              <w:bottom w:w="70" w:type="dxa"/>
              <w:right w:w="90" w:type="dxa"/>
            </w:tcMar>
          </w:tcPr>
          <w:p w14:paraId="0CE6F87F" w14:textId="77777777" w:rsidR="00DE38AB" w:rsidRDefault="00DE38AB">
            <w:pPr>
              <w:spacing w:after="0" w:line="240" w:lineRule="auto"/>
            </w:pPr>
          </w:p>
        </w:tc>
      </w:tr>
      <w:tr w:rsidR="00DE38AB" w14:paraId="5990E078" w14:textId="77777777">
        <w:trPr>
          <w:jc w:val="center"/>
        </w:trPr>
        <w:tc>
          <w:tcPr>
            <w:tcW w:w="3240" w:type="dxa"/>
            <w:tcBorders>
              <w:top w:val="single" w:sz="8" w:space="0" w:color="C7D1D5"/>
              <w:left w:val="single" w:sz="8" w:space="0" w:color="C7D1D5"/>
              <w:bottom w:val="single" w:sz="8" w:space="0" w:color="C7D1D5"/>
              <w:right w:val="single" w:sz="8" w:space="0" w:color="C7D1D5"/>
            </w:tcBorders>
            <w:shd w:val="clear" w:color="auto" w:fill="F4F6F7"/>
            <w:tcMar>
              <w:top w:w="70" w:type="dxa"/>
              <w:left w:w="90" w:type="dxa"/>
              <w:bottom w:w="70" w:type="dxa"/>
              <w:right w:w="90" w:type="dxa"/>
            </w:tcMar>
          </w:tcPr>
          <w:p w14:paraId="5D1F9A33" w14:textId="77777777" w:rsidR="00DE38AB" w:rsidRDefault="00000000">
            <w:pPr>
              <w:spacing w:after="0" w:line="240" w:lineRule="auto"/>
            </w:pPr>
            <w:r>
              <w:rPr>
                <w:b/>
                <w:color w:val="222222"/>
                <w:sz w:val="20"/>
              </w:rPr>
              <w:t>Phone number</w:t>
            </w:r>
          </w:p>
        </w:tc>
        <w:tc>
          <w:tcPr>
            <w:tcW w:w="6840" w:type="dxa"/>
            <w:tcBorders>
              <w:top w:val="single" w:sz="8" w:space="0" w:color="C7D1D5"/>
              <w:left w:val="single" w:sz="8" w:space="0" w:color="C7D1D5"/>
              <w:bottom w:val="single" w:sz="8" w:space="0" w:color="C7D1D5"/>
              <w:right w:val="single" w:sz="8" w:space="0" w:color="C7D1D5"/>
            </w:tcBorders>
            <w:tcMar>
              <w:top w:w="70" w:type="dxa"/>
              <w:left w:w="90" w:type="dxa"/>
              <w:bottom w:w="70" w:type="dxa"/>
              <w:right w:w="90" w:type="dxa"/>
            </w:tcMar>
          </w:tcPr>
          <w:p w14:paraId="206B9070" w14:textId="77777777" w:rsidR="00DE38AB" w:rsidRDefault="00DE38AB">
            <w:pPr>
              <w:spacing w:after="0" w:line="240" w:lineRule="auto"/>
            </w:pPr>
          </w:p>
        </w:tc>
      </w:tr>
    </w:tbl>
    <w:p w14:paraId="260035E2" w14:textId="77777777" w:rsidR="00DE38AB" w:rsidRDefault="00DE38AB">
      <w:pPr>
        <w:spacing w:after="0"/>
      </w:pPr>
    </w:p>
    <w:p w14:paraId="7122F7AA" w14:textId="0B033764" w:rsidR="00374E73" w:rsidRDefault="00374E73">
      <w:pPr>
        <w:spacing w:line="259" w:lineRule="auto"/>
      </w:pPr>
      <w:r>
        <w:t xml:space="preserve">*The adult mentor can be expected to assist </w:t>
      </w:r>
      <w:r w:rsidR="00300E0D">
        <w:t>g</w:t>
      </w:r>
      <w:r w:rsidRPr="00374E73">
        <w:t xml:space="preserve">rant recipients </w:t>
      </w:r>
      <w:r w:rsidR="00371A02">
        <w:t>by</w:t>
      </w:r>
      <w:r w:rsidRPr="00374E73">
        <w:t xml:space="preserve"> participat</w:t>
      </w:r>
      <w:r w:rsidR="00371A02">
        <w:t>ing</w:t>
      </w:r>
      <w:r w:rsidRPr="00374E73">
        <w:t xml:space="preserve"> in periodic check-ins, provid</w:t>
      </w:r>
      <w:r w:rsidR="00371A02">
        <w:t>ing</w:t>
      </w:r>
      <w:r w:rsidRPr="00374E73">
        <w:t xml:space="preserve"> </w:t>
      </w:r>
      <w:r w:rsidR="00300E0D">
        <w:t>project</w:t>
      </w:r>
      <w:r w:rsidRPr="00374E73">
        <w:t xml:space="preserve"> updates, and </w:t>
      </w:r>
      <w:r w:rsidR="00371A02" w:rsidRPr="00374E73">
        <w:t>submit</w:t>
      </w:r>
      <w:r w:rsidR="00371A02">
        <w:t>ting</w:t>
      </w:r>
      <w:r w:rsidRPr="00374E73">
        <w:t xml:space="preserve"> complete documentation of expenditures and use of grant funds. This may include virtual meetings, written </w:t>
      </w:r>
      <w:proofErr w:type="gramStart"/>
      <w:r w:rsidRPr="00374E73">
        <w:t>report-outs</w:t>
      </w:r>
      <w:proofErr w:type="gramEnd"/>
      <w:r w:rsidRPr="00374E73">
        <w:t>, receipts, invoices, and other supporting financial records</w:t>
      </w:r>
      <w:r>
        <w:t xml:space="preserve">. </w:t>
      </w:r>
    </w:p>
    <w:p w14:paraId="5C18D6D2" w14:textId="77777777" w:rsidR="00371A02" w:rsidRDefault="00371A02">
      <w:pPr>
        <w:spacing w:line="259" w:lineRule="auto"/>
      </w:pPr>
    </w:p>
    <w:p w14:paraId="1F4127E8" w14:textId="77777777" w:rsidR="00300E0D" w:rsidRDefault="00300E0D">
      <w:pPr>
        <w:spacing w:line="259" w:lineRule="auto"/>
      </w:pPr>
    </w:p>
    <w:p w14:paraId="62871D9A" w14:textId="77777777" w:rsidR="00371A02" w:rsidRDefault="00371A02">
      <w:pPr>
        <w:spacing w:line="259" w:lineRule="auto"/>
      </w:pPr>
    </w:p>
    <w:p w14:paraId="0C634901" w14:textId="77777777" w:rsidR="00371A02" w:rsidRDefault="00371A02">
      <w:pPr>
        <w:spacing w:line="259" w:lineRule="auto"/>
      </w:pPr>
    </w:p>
    <w:p w14:paraId="71E8EF5E" w14:textId="77777777" w:rsidR="00DE38AB" w:rsidRDefault="00000000">
      <w:pPr>
        <w:spacing w:before="80" w:after="80"/>
      </w:pPr>
      <w:r w:rsidRPr="00912786">
        <w:rPr>
          <w:b/>
          <w:sz w:val="24"/>
        </w:rPr>
        <w:lastRenderedPageBreak/>
        <w:t>Funding eligibility</w:t>
      </w:r>
    </w:p>
    <w:p w14:paraId="1033E010" w14:textId="4AE98A85" w:rsidR="00DE38AB" w:rsidRPr="00D87BDF" w:rsidRDefault="00D87BDF">
      <w:pPr>
        <w:spacing w:after="80" w:line="259" w:lineRule="auto"/>
        <w:rPr>
          <w:b/>
          <w:bCs/>
        </w:rPr>
      </w:pPr>
      <w:r w:rsidRPr="00D87BDF">
        <w:rPr>
          <w:b/>
          <w:bCs/>
          <w:color w:val="222222"/>
        </w:rPr>
        <w:t>6. Funds must be disbursed to a 501(c)(3) nonprofit organization with a bank account that can receive grant funds. Please select one of the following:</w:t>
      </w:r>
    </w:p>
    <w:p w14:paraId="3127837B" w14:textId="77777777" w:rsidR="00DE38AB" w:rsidRDefault="00000000">
      <w:pPr>
        <w:spacing w:after="60" w:line="259" w:lineRule="auto"/>
        <w:ind w:left="216"/>
      </w:pPr>
      <w:r>
        <w:rPr>
          <w:color w:val="222222"/>
        </w:rPr>
        <w:t>☐ We are an incorporated 501(c)(3) nonprofit organization with a bank account in our name.</w:t>
      </w:r>
    </w:p>
    <w:p w14:paraId="17FCAB1C" w14:textId="2046A308" w:rsidR="00DE38AB" w:rsidRDefault="00000000" w:rsidP="00300E0D">
      <w:pPr>
        <w:spacing w:after="60" w:line="259" w:lineRule="auto"/>
        <w:ind w:left="216"/>
      </w:pPr>
      <w:r>
        <w:rPr>
          <w:color w:val="222222"/>
        </w:rPr>
        <w:t>☐ We are not a 501(c)(3), but we have an incorporated 501(c)(3) nonprofit fiscal sponsor.</w:t>
      </w:r>
    </w:p>
    <w:tbl>
      <w:tblPr>
        <w:tblW w:w="0" w:type="auto"/>
        <w:jc w:val="center"/>
        <w:tblLayout w:type="fixed"/>
        <w:tblLook w:val="04A0" w:firstRow="1" w:lastRow="0" w:firstColumn="1" w:lastColumn="0" w:noHBand="0" w:noVBand="1"/>
      </w:tblPr>
      <w:tblGrid>
        <w:gridCol w:w="3240"/>
        <w:gridCol w:w="6840"/>
      </w:tblGrid>
      <w:tr w:rsidR="00DE38AB" w14:paraId="0C9921CB" w14:textId="77777777">
        <w:trPr>
          <w:jc w:val="center"/>
        </w:trPr>
        <w:tc>
          <w:tcPr>
            <w:tcW w:w="3240" w:type="dxa"/>
            <w:tcBorders>
              <w:top w:val="single" w:sz="8" w:space="0" w:color="C7D1D5"/>
              <w:left w:val="single" w:sz="8" w:space="0" w:color="C7D1D5"/>
              <w:bottom w:val="single" w:sz="8" w:space="0" w:color="C7D1D5"/>
              <w:right w:val="single" w:sz="8" w:space="0" w:color="C7D1D5"/>
            </w:tcBorders>
            <w:shd w:val="clear" w:color="auto" w:fill="F4F6F7"/>
            <w:tcMar>
              <w:top w:w="70" w:type="dxa"/>
              <w:left w:w="90" w:type="dxa"/>
              <w:bottom w:w="70" w:type="dxa"/>
              <w:right w:w="90" w:type="dxa"/>
            </w:tcMar>
          </w:tcPr>
          <w:p w14:paraId="533D059F" w14:textId="27C93A18" w:rsidR="00DE38AB" w:rsidRDefault="00000000">
            <w:pPr>
              <w:spacing w:after="0" w:line="240" w:lineRule="auto"/>
            </w:pPr>
            <w:r>
              <w:rPr>
                <w:b/>
                <w:color w:val="222222"/>
                <w:sz w:val="20"/>
              </w:rPr>
              <w:t>Name of organization</w:t>
            </w:r>
            <w:r w:rsidR="003D4A6A">
              <w:rPr>
                <w:b/>
                <w:color w:val="222222"/>
                <w:sz w:val="20"/>
              </w:rPr>
              <w:t xml:space="preserve"> receiving funds</w:t>
            </w:r>
          </w:p>
        </w:tc>
        <w:tc>
          <w:tcPr>
            <w:tcW w:w="6840" w:type="dxa"/>
            <w:tcBorders>
              <w:top w:val="single" w:sz="8" w:space="0" w:color="C7D1D5"/>
              <w:left w:val="single" w:sz="8" w:space="0" w:color="C7D1D5"/>
              <w:bottom w:val="single" w:sz="8" w:space="0" w:color="C7D1D5"/>
              <w:right w:val="single" w:sz="8" w:space="0" w:color="C7D1D5"/>
            </w:tcBorders>
            <w:tcMar>
              <w:top w:w="70" w:type="dxa"/>
              <w:left w:w="90" w:type="dxa"/>
              <w:bottom w:w="70" w:type="dxa"/>
              <w:right w:w="90" w:type="dxa"/>
            </w:tcMar>
          </w:tcPr>
          <w:p w14:paraId="670D844B" w14:textId="77777777" w:rsidR="00DE38AB" w:rsidRDefault="00DE38AB">
            <w:pPr>
              <w:spacing w:after="0" w:line="240" w:lineRule="auto"/>
            </w:pPr>
          </w:p>
        </w:tc>
      </w:tr>
      <w:tr w:rsidR="00DE38AB" w14:paraId="38489078" w14:textId="77777777">
        <w:trPr>
          <w:jc w:val="center"/>
        </w:trPr>
        <w:tc>
          <w:tcPr>
            <w:tcW w:w="3240" w:type="dxa"/>
            <w:tcBorders>
              <w:top w:val="single" w:sz="8" w:space="0" w:color="C7D1D5"/>
              <w:left w:val="single" w:sz="8" w:space="0" w:color="C7D1D5"/>
              <w:bottom w:val="single" w:sz="8" w:space="0" w:color="C7D1D5"/>
              <w:right w:val="single" w:sz="8" w:space="0" w:color="C7D1D5"/>
            </w:tcBorders>
            <w:shd w:val="clear" w:color="auto" w:fill="F4F6F7"/>
            <w:tcMar>
              <w:top w:w="70" w:type="dxa"/>
              <w:left w:w="90" w:type="dxa"/>
              <w:bottom w:w="70" w:type="dxa"/>
              <w:right w:w="90" w:type="dxa"/>
            </w:tcMar>
          </w:tcPr>
          <w:p w14:paraId="69B2157A" w14:textId="21287369" w:rsidR="00DE38AB" w:rsidRDefault="003D4A6A">
            <w:pPr>
              <w:spacing w:after="0" w:line="240" w:lineRule="auto"/>
            </w:pPr>
            <w:r>
              <w:rPr>
                <w:b/>
                <w:color w:val="222222"/>
                <w:sz w:val="20"/>
              </w:rPr>
              <w:t>Fiscal admin contact name</w:t>
            </w:r>
          </w:p>
        </w:tc>
        <w:tc>
          <w:tcPr>
            <w:tcW w:w="6840" w:type="dxa"/>
            <w:tcBorders>
              <w:top w:val="single" w:sz="8" w:space="0" w:color="C7D1D5"/>
              <w:left w:val="single" w:sz="8" w:space="0" w:color="C7D1D5"/>
              <w:bottom w:val="single" w:sz="8" w:space="0" w:color="C7D1D5"/>
              <w:right w:val="single" w:sz="8" w:space="0" w:color="C7D1D5"/>
            </w:tcBorders>
            <w:tcMar>
              <w:top w:w="70" w:type="dxa"/>
              <w:left w:w="90" w:type="dxa"/>
              <w:bottom w:w="70" w:type="dxa"/>
              <w:right w:w="90" w:type="dxa"/>
            </w:tcMar>
          </w:tcPr>
          <w:p w14:paraId="6FEED404" w14:textId="77777777" w:rsidR="00DE38AB" w:rsidRDefault="00DE38AB">
            <w:pPr>
              <w:spacing w:after="0" w:line="240" w:lineRule="auto"/>
            </w:pPr>
          </w:p>
        </w:tc>
      </w:tr>
      <w:tr w:rsidR="00DE38AB" w14:paraId="260AD616" w14:textId="77777777">
        <w:trPr>
          <w:jc w:val="center"/>
        </w:trPr>
        <w:tc>
          <w:tcPr>
            <w:tcW w:w="3240" w:type="dxa"/>
            <w:tcBorders>
              <w:top w:val="single" w:sz="8" w:space="0" w:color="C7D1D5"/>
              <w:left w:val="single" w:sz="8" w:space="0" w:color="C7D1D5"/>
              <w:bottom w:val="single" w:sz="8" w:space="0" w:color="C7D1D5"/>
              <w:right w:val="single" w:sz="8" w:space="0" w:color="C7D1D5"/>
            </w:tcBorders>
            <w:shd w:val="clear" w:color="auto" w:fill="F4F6F7"/>
            <w:tcMar>
              <w:top w:w="70" w:type="dxa"/>
              <w:left w:w="90" w:type="dxa"/>
              <w:bottom w:w="70" w:type="dxa"/>
              <w:right w:w="90" w:type="dxa"/>
            </w:tcMar>
          </w:tcPr>
          <w:p w14:paraId="52DB1E8A" w14:textId="77777777" w:rsidR="00DE38AB" w:rsidRDefault="00000000">
            <w:pPr>
              <w:spacing w:after="0" w:line="240" w:lineRule="auto"/>
            </w:pPr>
            <w:r>
              <w:rPr>
                <w:b/>
                <w:color w:val="222222"/>
                <w:sz w:val="20"/>
              </w:rPr>
              <w:t>Email</w:t>
            </w:r>
          </w:p>
        </w:tc>
        <w:tc>
          <w:tcPr>
            <w:tcW w:w="6840" w:type="dxa"/>
            <w:tcBorders>
              <w:top w:val="single" w:sz="8" w:space="0" w:color="C7D1D5"/>
              <w:left w:val="single" w:sz="8" w:space="0" w:color="C7D1D5"/>
              <w:bottom w:val="single" w:sz="8" w:space="0" w:color="C7D1D5"/>
              <w:right w:val="single" w:sz="8" w:space="0" w:color="C7D1D5"/>
            </w:tcBorders>
            <w:tcMar>
              <w:top w:w="70" w:type="dxa"/>
              <w:left w:w="90" w:type="dxa"/>
              <w:bottom w:w="70" w:type="dxa"/>
              <w:right w:w="90" w:type="dxa"/>
            </w:tcMar>
          </w:tcPr>
          <w:p w14:paraId="3B2F70E5" w14:textId="77777777" w:rsidR="00DE38AB" w:rsidRDefault="00DE38AB">
            <w:pPr>
              <w:spacing w:after="0" w:line="240" w:lineRule="auto"/>
            </w:pPr>
          </w:p>
        </w:tc>
      </w:tr>
      <w:tr w:rsidR="00DE38AB" w14:paraId="1D6D1560" w14:textId="77777777">
        <w:trPr>
          <w:jc w:val="center"/>
        </w:trPr>
        <w:tc>
          <w:tcPr>
            <w:tcW w:w="3240" w:type="dxa"/>
            <w:tcBorders>
              <w:top w:val="single" w:sz="8" w:space="0" w:color="C7D1D5"/>
              <w:left w:val="single" w:sz="8" w:space="0" w:color="C7D1D5"/>
              <w:bottom w:val="single" w:sz="8" w:space="0" w:color="C7D1D5"/>
              <w:right w:val="single" w:sz="8" w:space="0" w:color="C7D1D5"/>
            </w:tcBorders>
            <w:shd w:val="clear" w:color="auto" w:fill="F4F6F7"/>
            <w:tcMar>
              <w:top w:w="70" w:type="dxa"/>
              <w:left w:w="90" w:type="dxa"/>
              <w:bottom w:w="70" w:type="dxa"/>
              <w:right w:w="90" w:type="dxa"/>
            </w:tcMar>
          </w:tcPr>
          <w:p w14:paraId="08C3DC1E" w14:textId="77777777" w:rsidR="00DE38AB" w:rsidRDefault="00000000">
            <w:pPr>
              <w:spacing w:after="0" w:line="240" w:lineRule="auto"/>
            </w:pPr>
            <w:r>
              <w:rPr>
                <w:b/>
                <w:color w:val="222222"/>
                <w:sz w:val="20"/>
              </w:rPr>
              <w:t>Phone number</w:t>
            </w:r>
          </w:p>
        </w:tc>
        <w:tc>
          <w:tcPr>
            <w:tcW w:w="6840" w:type="dxa"/>
            <w:tcBorders>
              <w:top w:val="single" w:sz="8" w:space="0" w:color="C7D1D5"/>
              <w:left w:val="single" w:sz="8" w:space="0" w:color="C7D1D5"/>
              <w:bottom w:val="single" w:sz="8" w:space="0" w:color="C7D1D5"/>
              <w:right w:val="single" w:sz="8" w:space="0" w:color="C7D1D5"/>
            </w:tcBorders>
            <w:tcMar>
              <w:top w:w="70" w:type="dxa"/>
              <w:left w:w="90" w:type="dxa"/>
              <w:bottom w:w="70" w:type="dxa"/>
              <w:right w:w="90" w:type="dxa"/>
            </w:tcMar>
          </w:tcPr>
          <w:p w14:paraId="5CE0215F" w14:textId="77777777" w:rsidR="00DE38AB" w:rsidRDefault="00DE38AB">
            <w:pPr>
              <w:spacing w:after="0" w:line="240" w:lineRule="auto"/>
            </w:pPr>
          </w:p>
        </w:tc>
      </w:tr>
    </w:tbl>
    <w:p w14:paraId="1B639B67" w14:textId="4EA9A871" w:rsidR="00300E0D" w:rsidRDefault="00300E0D">
      <w:pPr>
        <w:spacing w:after="0"/>
      </w:pPr>
      <w:r>
        <w:rPr>
          <w:i/>
          <w:color w:val="222222"/>
        </w:rPr>
        <w:t xml:space="preserve">If you need help finding a fiscal sponsor, please contact </w:t>
      </w:r>
      <w:r w:rsidR="00B32063" w:rsidRPr="00B32063">
        <w:rPr>
          <w:i/>
          <w:color w:val="222222"/>
        </w:rPr>
        <w:t xml:space="preserve">RWBurga@columbus.gov </w:t>
      </w:r>
      <w:r>
        <w:rPr>
          <w:i/>
          <w:color w:val="222222"/>
        </w:rPr>
        <w:t>for guidance.</w:t>
      </w:r>
    </w:p>
    <w:p w14:paraId="1965000E" w14:textId="77777777" w:rsidR="00371A02" w:rsidRDefault="00371A02">
      <w:pPr>
        <w:spacing w:after="0"/>
      </w:pPr>
    </w:p>
    <w:tbl>
      <w:tblPr>
        <w:tblW w:w="0" w:type="auto"/>
        <w:jc w:val="center"/>
        <w:tblLayout w:type="fixed"/>
        <w:tblLook w:val="04A0" w:firstRow="1" w:lastRow="0" w:firstColumn="1" w:lastColumn="0" w:noHBand="0" w:noVBand="1"/>
      </w:tblPr>
      <w:tblGrid>
        <w:gridCol w:w="10080"/>
      </w:tblGrid>
      <w:tr w:rsidR="00DE38AB" w14:paraId="44610823" w14:textId="77777777" w:rsidTr="00912786">
        <w:trPr>
          <w:jc w:val="center"/>
        </w:trPr>
        <w:tc>
          <w:tcPr>
            <w:tcW w:w="10080" w:type="dxa"/>
            <w:tcBorders>
              <w:top w:val="single" w:sz="8" w:space="0" w:color="239A96"/>
              <w:left w:val="single" w:sz="8" w:space="0" w:color="239A96"/>
              <w:bottom w:val="single" w:sz="8" w:space="0" w:color="239A96"/>
              <w:right w:val="single" w:sz="8" w:space="0" w:color="239A96"/>
            </w:tcBorders>
            <w:tcMar>
              <w:top w:w="80" w:type="dxa"/>
              <w:left w:w="120" w:type="dxa"/>
              <w:bottom w:w="80" w:type="dxa"/>
              <w:right w:w="120" w:type="dxa"/>
            </w:tcMar>
          </w:tcPr>
          <w:p w14:paraId="24A761D6" w14:textId="57F46907" w:rsidR="00DE38AB" w:rsidRDefault="00000000">
            <w:pPr>
              <w:spacing w:after="0"/>
            </w:pPr>
            <w:r>
              <w:br w:type="page"/>
            </w:r>
            <w:r w:rsidRPr="00912786">
              <w:rPr>
                <w:b/>
                <w:sz w:val="25"/>
              </w:rPr>
              <w:t>Section 2. About the Project</w:t>
            </w:r>
          </w:p>
        </w:tc>
      </w:tr>
    </w:tbl>
    <w:p w14:paraId="39B476C2" w14:textId="77777777" w:rsidR="00DE38AB" w:rsidRDefault="00DE38AB">
      <w:pPr>
        <w:spacing w:after="0"/>
      </w:pPr>
    </w:p>
    <w:p w14:paraId="5B3CC153" w14:textId="77777777" w:rsidR="00DE38AB" w:rsidRDefault="00000000">
      <w:pPr>
        <w:spacing w:after="80" w:line="259" w:lineRule="auto"/>
      </w:pPr>
      <w:r>
        <w:rPr>
          <w:b/>
          <w:color w:val="222222"/>
        </w:rPr>
        <w:t>1. Our project proposal supports the following Columbus Climate Action Plan program area (select all that apply).</w:t>
      </w:r>
    </w:p>
    <w:p w14:paraId="44D1669E" w14:textId="77777777" w:rsidR="00DE38AB" w:rsidRDefault="00000000">
      <w:pPr>
        <w:spacing w:after="80" w:line="259" w:lineRule="auto"/>
      </w:pPr>
      <w:r>
        <w:rPr>
          <w:i/>
          <w:color w:val="222222"/>
          <w:sz w:val="19"/>
        </w:rPr>
        <w:t>View the Climate Action Plan or visit the Sustainable Columbus website for more information.</w:t>
      </w:r>
    </w:p>
    <w:p w14:paraId="305A9098" w14:textId="77777777" w:rsidR="00DE38AB" w:rsidRDefault="00000000">
      <w:pPr>
        <w:spacing w:after="60" w:line="259" w:lineRule="auto"/>
        <w:ind w:left="216"/>
      </w:pPr>
      <w:r>
        <w:rPr>
          <w:color w:val="222222"/>
        </w:rPr>
        <w:t xml:space="preserve">☐ </w:t>
      </w:r>
      <w:r w:rsidRPr="0061260A">
        <w:rPr>
          <w:b/>
          <w:bCs/>
          <w:color w:val="222222"/>
        </w:rPr>
        <w:t xml:space="preserve">Empowering the community the "Columbus Way": </w:t>
      </w:r>
      <w:r>
        <w:rPr>
          <w:color w:val="222222"/>
        </w:rPr>
        <w:t>Builds or supports community collaboration, education, awareness, and/or leadership related to climate action.</w:t>
      </w:r>
    </w:p>
    <w:p w14:paraId="1D69DEDA" w14:textId="77777777" w:rsidR="00DE38AB" w:rsidRDefault="00000000">
      <w:pPr>
        <w:spacing w:after="60" w:line="259" w:lineRule="auto"/>
        <w:ind w:left="216"/>
      </w:pPr>
      <w:r>
        <w:rPr>
          <w:color w:val="222222"/>
        </w:rPr>
        <w:t xml:space="preserve">☐ </w:t>
      </w:r>
      <w:r w:rsidRPr="0061260A">
        <w:rPr>
          <w:b/>
          <w:bCs/>
          <w:color w:val="222222"/>
        </w:rPr>
        <w:t>Sustainable Neighborhoods and Environment</w:t>
      </w:r>
      <w:r>
        <w:rPr>
          <w:color w:val="222222"/>
        </w:rPr>
        <w:t>: Supports climate-resilient neighborhoods or a healthy environment.</w:t>
      </w:r>
    </w:p>
    <w:p w14:paraId="01971D8D" w14:textId="77777777" w:rsidR="00DE38AB" w:rsidRDefault="00000000">
      <w:pPr>
        <w:spacing w:after="60" w:line="259" w:lineRule="auto"/>
        <w:ind w:left="216"/>
      </w:pPr>
      <w:r>
        <w:rPr>
          <w:color w:val="222222"/>
        </w:rPr>
        <w:t xml:space="preserve">☐ </w:t>
      </w:r>
      <w:r w:rsidRPr="0061260A">
        <w:rPr>
          <w:b/>
          <w:bCs/>
          <w:color w:val="222222"/>
        </w:rPr>
        <w:t>Buildings and Energy:</w:t>
      </w:r>
      <w:r>
        <w:rPr>
          <w:color w:val="222222"/>
        </w:rPr>
        <w:t xml:space="preserve"> Promotes renewable energy or energy efficiency in residential, commercial, or community buildings.</w:t>
      </w:r>
    </w:p>
    <w:p w14:paraId="1D556139" w14:textId="77777777" w:rsidR="00DE38AB" w:rsidRDefault="00000000">
      <w:pPr>
        <w:spacing w:after="60" w:line="259" w:lineRule="auto"/>
        <w:ind w:left="216"/>
      </w:pPr>
      <w:r>
        <w:rPr>
          <w:color w:val="222222"/>
        </w:rPr>
        <w:t xml:space="preserve">☐ </w:t>
      </w:r>
      <w:r w:rsidRPr="0061260A">
        <w:rPr>
          <w:b/>
          <w:bCs/>
          <w:color w:val="222222"/>
        </w:rPr>
        <w:t>Transportation:</w:t>
      </w:r>
      <w:r>
        <w:rPr>
          <w:color w:val="222222"/>
        </w:rPr>
        <w:t xml:space="preserve"> Supports mode shift to bikes, scooters, and public transportation, or promotes zero-emission vehicles.</w:t>
      </w:r>
    </w:p>
    <w:p w14:paraId="6F7F879F" w14:textId="77777777" w:rsidR="00DE38AB" w:rsidRDefault="00000000">
      <w:pPr>
        <w:spacing w:after="60" w:line="259" w:lineRule="auto"/>
        <w:ind w:left="216"/>
      </w:pPr>
      <w:r>
        <w:rPr>
          <w:color w:val="222222"/>
        </w:rPr>
        <w:t xml:space="preserve">☐ </w:t>
      </w:r>
      <w:r w:rsidRPr="0061260A">
        <w:rPr>
          <w:b/>
          <w:bCs/>
          <w:color w:val="222222"/>
        </w:rPr>
        <w:t>Waste Reduction:</w:t>
      </w:r>
      <w:r>
        <w:rPr>
          <w:color w:val="222222"/>
        </w:rPr>
        <w:t xml:space="preserve"> Reduces waste generated or sent to the landfill.</w:t>
      </w:r>
    </w:p>
    <w:p w14:paraId="0A82C1C8" w14:textId="77777777" w:rsidR="00DE38AB" w:rsidRDefault="00000000">
      <w:pPr>
        <w:spacing w:after="160" w:line="259" w:lineRule="auto"/>
      </w:pPr>
      <w:r>
        <w:rPr>
          <w:i/>
          <w:color w:val="222222"/>
        </w:rPr>
        <w:t>Not sure whether your project fits? Contact us.</w:t>
      </w:r>
    </w:p>
    <w:p w14:paraId="5550DDD0" w14:textId="77777777" w:rsidR="00DE38AB" w:rsidRDefault="00000000">
      <w:pPr>
        <w:spacing w:after="60" w:line="259" w:lineRule="auto"/>
      </w:pPr>
      <w:r>
        <w:rPr>
          <w:b/>
          <w:color w:val="222222"/>
        </w:rPr>
        <w:t>2. Project summary statement</w:t>
      </w:r>
    </w:p>
    <w:p w14:paraId="1A5A4B55" w14:textId="77777777" w:rsidR="00DE38AB" w:rsidRDefault="00000000">
      <w:pPr>
        <w:spacing w:after="80" w:line="259" w:lineRule="auto"/>
      </w:pPr>
      <w:r>
        <w:rPr>
          <w:i/>
          <w:color w:val="222222"/>
        </w:rPr>
        <w:t>Provide a one-sentence description of your project.</w:t>
      </w:r>
    </w:p>
    <w:tbl>
      <w:tblPr>
        <w:tblW w:w="0" w:type="auto"/>
        <w:jc w:val="center"/>
        <w:tblLayout w:type="fixed"/>
        <w:tblLook w:val="04A0" w:firstRow="1" w:lastRow="0" w:firstColumn="1" w:lastColumn="0" w:noHBand="0" w:noVBand="1"/>
      </w:tblPr>
      <w:tblGrid>
        <w:gridCol w:w="10080"/>
      </w:tblGrid>
      <w:tr w:rsidR="00DE38AB" w14:paraId="0B30313B" w14:textId="77777777">
        <w:trPr>
          <w:jc w:val="center"/>
        </w:trPr>
        <w:tc>
          <w:tcPr>
            <w:tcW w:w="10080" w:type="dxa"/>
            <w:tcBorders>
              <w:top w:val="single" w:sz="10" w:space="0" w:color="AAB7BC"/>
              <w:left w:val="single" w:sz="10" w:space="0" w:color="AAB7BC"/>
              <w:bottom w:val="single" w:sz="10" w:space="0" w:color="AAB7BC"/>
              <w:right w:val="single" w:sz="10" w:space="0" w:color="AAB7BC"/>
            </w:tcBorders>
            <w:tcMar>
              <w:top w:w="90" w:type="dxa"/>
              <w:left w:w="110" w:type="dxa"/>
              <w:bottom w:w="90" w:type="dxa"/>
              <w:right w:w="110" w:type="dxa"/>
            </w:tcMar>
          </w:tcPr>
          <w:p w14:paraId="1508BC65" w14:textId="77777777" w:rsidR="00DE38AB" w:rsidRDefault="00000000">
            <w:pPr>
              <w:spacing w:after="0" w:line="240" w:lineRule="auto"/>
            </w:pPr>
            <w:r>
              <w:rPr>
                <w:color w:val="222222"/>
              </w:rPr>
              <w:br/>
            </w:r>
          </w:p>
        </w:tc>
      </w:tr>
    </w:tbl>
    <w:p w14:paraId="52DD634C" w14:textId="77777777" w:rsidR="00DE38AB" w:rsidRDefault="00DE38AB">
      <w:pPr>
        <w:spacing w:after="40"/>
      </w:pPr>
    </w:p>
    <w:p w14:paraId="123743A9" w14:textId="77777777" w:rsidR="00DE38AB" w:rsidRDefault="00000000">
      <w:pPr>
        <w:spacing w:after="60" w:line="259" w:lineRule="auto"/>
      </w:pPr>
      <w:r>
        <w:rPr>
          <w:b/>
          <w:color w:val="222222"/>
        </w:rPr>
        <w:t>3. How does your project represent a new initiative for your organization?</w:t>
      </w:r>
    </w:p>
    <w:p w14:paraId="6D2B7732" w14:textId="77777777" w:rsidR="00DE38AB" w:rsidRDefault="00000000">
      <w:pPr>
        <w:spacing w:after="80" w:line="259" w:lineRule="auto"/>
      </w:pPr>
      <w:r>
        <w:rPr>
          <w:i/>
          <w:color w:val="222222"/>
        </w:rPr>
        <w:t>Projects must be new to be eligible. Max 100 words.</w:t>
      </w:r>
    </w:p>
    <w:tbl>
      <w:tblPr>
        <w:tblW w:w="0" w:type="auto"/>
        <w:jc w:val="center"/>
        <w:tblLayout w:type="fixed"/>
        <w:tblLook w:val="04A0" w:firstRow="1" w:lastRow="0" w:firstColumn="1" w:lastColumn="0" w:noHBand="0" w:noVBand="1"/>
      </w:tblPr>
      <w:tblGrid>
        <w:gridCol w:w="10080"/>
      </w:tblGrid>
      <w:tr w:rsidR="00DE38AB" w14:paraId="0E87B303" w14:textId="77777777">
        <w:trPr>
          <w:jc w:val="center"/>
        </w:trPr>
        <w:tc>
          <w:tcPr>
            <w:tcW w:w="10080" w:type="dxa"/>
            <w:tcBorders>
              <w:top w:val="single" w:sz="10" w:space="0" w:color="AAB7BC"/>
              <w:left w:val="single" w:sz="10" w:space="0" w:color="AAB7BC"/>
              <w:bottom w:val="single" w:sz="10" w:space="0" w:color="AAB7BC"/>
              <w:right w:val="single" w:sz="10" w:space="0" w:color="AAB7BC"/>
            </w:tcBorders>
            <w:tcMar>
              <w:top w:w="90" w:type="dxa"/>
              <w:left w:w="110" w:type="dxa"/>
              <w:bottom w:w="90" w:type="dxa"/>
              <w:right w:w="110" w:type="dxa"/>
            </w:tcMar>
          </w:tcPr>
          <w:p w14:paraId="378899F9" w14:textId="77777777" w:rsidR="00DE38AB" w:rsidRDefault="00000000">
            <w:pPr>
              <w:spacing w:after="0" w:line="240" w:lineRule="auto"/>
            </w:pPr>
            <w:r>
              <w:rPr>
                <w:color w:val="222222"/>
              </w:rPr>
              <w:br/>
            </w:r>
            <w:r>
              <w:rPr>
                <w:color w:val="222222"/>
              </w:rPr>
              <w:br/>
            </w:r>
          </w:p>
        </w:tc>
      </w:tr>
    </w:tbl>
    <w:p w14:paraId="06EB2D7F" w14:textId="77777777" w:rsidR="00DE38AB" w:rsidRDefault="00DE38AB">
      <w:pPr>
        <w:spacing w:after="40"/>
      </w:pPr>
    </w:p>
    <w:p w14:paraId="073D057B" w14:textId="77777777" w:rsidR="00DE38AB" w:rsidRDefault="00000000">
      <w:pPr>
        <w:spacing w:after="60" w:line="259" w:lineRule="auto"/>
      </w:pPr>
      <w:r>
        <w:rPr>
          <w:b/>
          <w:color w:val="222222"/>
        </w:rPr>
        <w:lastRenderedPageBreak/>
        <w:t>4. Provide a description of your project.</w:t>
      </w:r>
    </w:p>
    <w:p w14:paraId="4B07F6D5" w14:textId="77777777" w:rsidR="00DE38AB" w:rsidRDefault="00000000">
      <w:pPr>
        <w:spacing w:after="80" w:line="259" w:lineRule="auto"/>
      </w:pPr>
      <w:r>
        <w:rPr>
          <w:i/>
          <w:color w:val="222222"/>
        </w:rPr>
        <w:t>Include the problem or issue you are addressing, how the project will make a positive impact, and how it supports the Columbus Climate Action Plan priorities selected in Question 1. Max 200 words.</w:t>
      </w:r>
    </w:p>
    <w:tbl>
      <w:tblPr>
        <w:tblW w:w="0" w:type="auto"/>
        <w:jc w:val="center"/>
        <w:tblLayout w:type="fixed"/>
        <w:tblLook w:val="04A0" w:firstRow="1" w:lastRow="0" w:firstColumn="1" w:lastColumn="0" w:noHBand="0" w:noVBand="1"/>
      </w:tblPr>
      <w:tblGrid>
        <w:gridCol w:w="10080"/>
      </w:tblGrid>
      <w:tr w:rsidR="00DE38AB" w14:paraId="71A901B4" w14:textId="77777777">
        <w:trPr>
          <w:jc w:val="center"/>
        </w:trPr>
        <w:tc>
          <w:tcPr>
            <w:tcW w:w="10080" w:type="dxa"/>
            <w:tcBorders>
              <w:top w:val="single" w:sz="10" w:space="0" w:color="AAB7BC"/>
              <w:left w:val="single" w:sz="10" w:space="0" w:color="AAB7BC"/>
              <w:bottom w:val="single" w:sz="10" w:space="0" w:color="AAB7BC"/>
              <w:right w:val="single" w:sz="10" w:space="0" w:color="AAB7BC"/>
            </w:tcBorders>
            <w:tcMar>
              <w:top w:w="90" w:type="dxa"/>
              <w:left w:w="110" w:type="dxa"/>
              <w:bottom w:w="90" w:type="dxa"/>
              <w:right w:w="110" w:type="dxa"/>
            </w:tcMar>
          </w:tcPr>
          <w:p w14:paraId="0B95173C" w14:textId="77777777" w:rsidR="00DE38AB" w:rsidRDefault="00000000">
            <w:pPr>
              <w:spacing w:after="0" w:line="240" w:lineRule="auto"/>
            </w:pPr>
            <w:r>
              <w:rPr>
                <w:color w:val="222222"/>
              </w:rPr>
              <w:br/>
            </w:r>
            <w:r>
              <w:rPr>
                <w:color w:val="222222"/>
              </w:rPr>
              <w:br/>
            </w:r>
            <w:r>
              <w:rPr>
                <w:color w:val="222222"/>
              </w:rPr>
              <w:br/>
            </w:r>
            <w:r>
              <w:rPr>
                <w:color w:val="222222"/>
              </w:rPr>
              <w:br/>
            </w:r>
          </w:p>
        </w:tc>
      </w:tr>
    </w:tbl>
    <w:p w14:paraId="7BB35D55" w14:textId="77777777" w:rsidR="00DE38AB" w:rsidRDefault="00DE38AB">
      <w:pPr>
        <w:spacing w:after="40"/>
      </w:pPr>
    </w:p>
    <w:p w14:paraId="2B108B54" w14:textId="77777777" w:rsidR="00DE38AB" w:rsidRDefault="00000000">
      <w:pPr>
        <w:spacing w:after="60" w:line="259" w:lineRule="auto"/>
      </w:pPr>
      <w:r>
        <w:rPr>
          <w:b/>
          <w:color w:val="222222"/>
        </w:rPr>
        <w:t>5. Create a timeline and outline the specific steps and activities that will be undertaken.</w:t>
      </w:r>
    </w:p>
    <w:p w14:paraId="34BDDC53" w14:textId="452BE500" w:rsidR="00DE38AB" w:rsidRDefault="00000000">
      <w:pPr>
        <w:spacing w:after="80" w:line="259" w:lineRule="auto"/>
      </w:pPr>
      <w:r>
        <w:rPr>
          <w:i/>
          <w:color w:val="222222"/>
        </w:rPr>
        <w:t xml:space="preserve">Projects should target completion by </w:t>
      </w:r>
      <w:r w:rsidR="00B32063">
        <w:rPr>
          <w:i/>
          <w:color w:val="222222"/>
          <w:highlight w:val="yellow"/>
        </w:rPr>
        <w:t>July 30, 2027</w:t>
      </w:r>
      <w:r w:rsidRPr="0061260A">
        <w:rPr>
          <w:i/>
          <w:color w:val="222222"/>
          <w:highlight w:val="yellow"/>
        </w:rPr>
        <w:t>.</w:t>
      </w:r>
      <w:r>
        <w:rPr>
          <w:i/>
          <w:color w:val="222222"/>
        </w:rPr>
        <w:t xml:space="preserve"> Max 300 words.</w:t>
      </w:r>
    </w:p>
    <w:tbl>
      <w:tblPr>
        <w:tblW w:w="0" w:type="auto"/>
        <w:jc w:val="center"/>
        <w:tblLayout w:type="fixed"/>
        <w:tblLook w:val="04A0" w:firstRow="1" w:lastRow="0" w:firstColumn="1" w:lastColumn="0" w:noHBand="0" w:noVBand="1"/>
      </w:tblPr>
      <w:tblGrid>
        <w:gridCol w:w="10080"/>
      </w:tblGrid>
      <w:tr w:rsidR="00DE38AB" w14:paraId="6AB39A18" w14:textId="77777777">
        <w:trPr>
          <w:jc w:val="center"/>
        </w:trPr>
        <w:tc>
          <w:tcPr>
            <w:tcW w:w="10080" w:type="dxa"/>
            <w:tcBorders>
              <w:top w:val="single" w:sz="10" w:space="0" w:color="AAB7BC"/>
              <w:left w:val="single" w:sz="10" w:space="0" w:color="AAB7BC"/>
              <w:bottom w:val="single" w:sz="10" w:space="0" w:color="AAB7BC"/>
              <w:right w:val="single" w:sz="10" w:space="0" w:color="AAB7BC"/>
            </w:tcBorders>
            <w:tcMar>
              <w:top w:w="90" w:type="dxa"/>
              <w:left w:w="110" w:type="dxa"/>
              <w:bottom w:w="90" w:type="dxa"/>
              <w:right w:w="110" w:type="dxa"/>
            </w:tcMar>
          </w:tcPr>
          <w:p w14:paraId="72BA2894" w14:textId="77777777" w:rsidR="00DE38AB" w:rsidRDefault="00000000">
            <w:pPr>
              <w:spacing w:after="0" w:line="240" w:lineRule="auto"/>
            </w:pPr>
            <w:r>
              <w:rPr>
                <w:color w:val="222222"/>
              </w:rPr>
              <w:br/>
            </w:r>
            <w:r>
              <w:rPr>
                <w:color w:val="222222"/>
              </w:rPr>
              <w:br/>
            </w:r>
            <w:r>
              <w:rPr>
                <w:color w:val="222222"/>
              </w:rPr>
              <w:br/>
            </w:r>
            <w:r>
              <w:rPr>
                <w:color w:val="222222"/>
              </w:rPr>
              <w:br/>
            </w:r>
            <w:r>
              <w:rPr>
                <w:color w:val="222222"/>
              </w:rPr>
              <w:br/>
            </w:r>
          </w:p>
        </w:tc>
      </w:tr>
    </w:tbl>
    <w:p w14:paraId="072B6CF4" w14:textId="77777777" w:rsidR="00DE38AB" w:rsidRDefault="00DE38AB">
      <w:pPr>
        <w:spacing w:after="40"/>
      </w:pPr>
    </w:p>
    <w:p w14:paraId="27FF8523" w14:textId="7EF5BC6A" w:rsidR="00DE38AB" w:rsidRDefault="00000000">
      <w:pPr>
        <w:spacing w:after="60" w:line="259" w:lineRule="auto"/>
      </w:pPr>
      <w:r>
        <w:rPr>
          <w:b/>
          <w:color w:val="222222"/>
        </w:rPr>
        <w:t xml:space="preserve">6. </w:t>
      </w:r>
      <w:r w:rsidR="003D4A6A">
        <w:rPr>
          <w:b/>
          <w:color w:val="222222"/>
        </w:rPr>
        <w:t>Where is the project site (neighborhood, school, address, etc.)</w:t>
      </w:r>
      <w:r>
        <w:rPr>
          <w:b/>
          <w:color w:val="222222"/>
        </w:rPr>
        <w:t>, and how is the community impacted by climate change?</w:t>
      </w:r>
    </w:p>
    <w:p w14:paraId="10A367E9" w14:textId="43584EAE" w:rsidR="00DE38AB" w:rsidRDefault="00000000">
      <w:pPr>
        <w:spacing w:after="80" w:line="259" w:lineRule="auto"/>
      </w:pPr>
      <w:r>
        <w:rPr>
          <w:i/>
          <w:color w:val="222222"/>
        </w:rPr>
        <w:t>Climate impacts may include heat, drought, flooding, and air pollution. Max 150 words.</w:t>
      </w:r>
    </w:p>
    <w:tbl>
      <w:tblPr>
        <w:tblW w:w="0" w:type="auto"/>
        <w:jc w:val="center"/>
        <w:tblLayout w:type="fixed"/>
        <w:tblLook w:val="04A0" w:firstRow="1" w:lastRow="0" w:firstColumn="1" w:lastColumn="0" w:noHBand="0" w:noVBand="1"/>
      </w:tblPr>
      <w:tblGrid>
        <w:gridCol w:w="10080"/>
      </w:tblGrid>
      <w:tr w:rsidR="00DE38AB" w14:paraId="17F529C6" w14:textId="77777777">
        <w:trPr>
          <w:jc w:val="center"/>
        </w:trPr>
        <w:tc>
          <w:tcPr>
            <w:tcW w:w="10080" w:type="dxa"/>
            <w:tcBorders>
              <w:top w:val="single" w:sz="10" w:space="0" w:color="AAB7BC"/>
              <w:left w:val="single" w:sz="10" w:space="0" w:color="AAB7BC"/>
              <w:bottom w:val="single" w:sz="10" w:space="0" w:color="AAB7BC"/>
              <w:right w:val="single" w:sz="10" w:space="0" w:color="AAB7BC"/>
            </w:tcBorders>
            <w:tcMar>
              <w:top w:w="90" w:type="dxa"/>
              <w:left w:w="110" w:type="dxa"/>
              <w:bottom w:w="90" w:type="dxa"/>
              <w:right w:w="110" w:type="dxa"/>
            </w:tcMar>
          </w:tcPr>
          <w:p w14:paraId="67D6011A" w14:textId="77777777" w:rsidR="00DE38AB" w:rsidRDefault="00000000">
            <w:pPr>
              <w:spacing w:after="0" w:line="240" w:lineRule="auto"/>
            </w:pPr>
            <w:r>
              <w:rPr>
                <w:color w:val="222222"/>
              </w:rPr>
              <w:br/>
            </w:r>
            <w:r>
              <w:rPr>
                <w:color w:val="222222"/>
              </w:rPr>
              <w:br/>
            </w:r>
            <w:r>
              <w:rPr>
                <w:color w:val="222222"/>
              </w:rPr>
              <w:br/>
            </w:r>
          </w:p>
        </w:tc>
      </w:tr>
    </w:tbl>
    <w:p w14:paraId="335056EA" w14:textId="77777777" w:rsidR="00DE38AB" w:rsidRDefault="00DE38AB">
      <w:pPr>
        <w:spacing w:after="40"/>
      </w:pPr>
    </w:p>
    <w:p w14:paraId="2C231B83" w14:textId="77777777" w:rsidR="00DE38AB" w:rsidRDefault="00000000">
      <w:pPr>
        <w:spacing w:after="60" w:line="259" w:lineRule="auto"/>
      </w:pPr>
      <w:r>
        <w:rPr>
          <w:b/>
          <w:color w:val="222222"/>
        </w:rPr>
        <w:t>7. Tell us about your team and each team member's role.</w:t>
      </w:r>
    </w:p>
    <w:p w14:paraId="59E33586" w14:textId="77777777" w:rsidR="00DE38AB" w:rsidRDefault="00000000">
      <w:pPr>
        <w:spacing w:after="80" w:line="259" w:lineRule="auto"/>
      </w:pPr>
      <w:r>
        <w:rPr>
          <w:i/>
          <w:color w:val="222222"/>
        </w:rPr>
        <w:t>How will youth lead the project's planning, decision-making, reporting, and implementation? Include information about your team's skills and strengths, along with any adult or organizational support that will help the project succeed. Max 200 words.</w:t>
      </w:r>
    </w:p>
    <w:tbl>
      <w:tblPr>
        <w:tblW w:w="0" w:type="auto"/>
        <w:jc w:val="center"/>
        <w:tblLayout w:type="fixed"/>
        <w:tblLook w:val="04A0" w:firstRow="1" w:lastRow="0" w:firstColumn="1" w:lastColumn="0" w:noHBand="0" w:noVBand="1"/>
      </w:tblPr>
      <w:tblGrid>
        <w:gridCol w:w="10080"/>
      </w:tblGrid>
      <w:tr w:rsidR="00DE38AB" w14:paraId="3691CBBF" w14:textId="77777777">
        <w:trPr>
          <w:jc w:val="center"/>
        </w:trPr>
        <w:tc>
          <w:tcPr>
            <w:tcW w:w="10080" w:type="dxa"/>
            <w:tcBorders>
              <w:top w:val="single" w:sz="10" w:space="0" w:color="AAB7BC"/>
              <w:left w:val="single" w:sz="10" w:space="0" w:color="AAB7BC"/>
              <w:bottom w:val="single" w:sz="10" w:space="0" w:color="AAB7BC"/>
              <w:right w:val="single" w:sz="10" w:space="0" w:color="AAB7BC"/>
            </w:tcBorders>
            <w:tcMar>
              <w:top w:w="90" w:type="dxa"/>
              <w:left w:w="110" w:type="dxa"/>
              <w:bottom w:w="90" w:type="dxa"/>
              <w:right w:w="110" w:type="dxa"/>
            </w:tcMar>
          </w:tcPr>
          <w:p w14:paraId="7C8933B6" w14:textId="77777777" w:rsidR="00DE38AB" w:rsidRDefault="00000000">
            <w:pPr>
              <w:spacing w:after="0" w:line="240" w:lineRule="auto"/>
            </w:pPr>
            <w:r>
              <w:rPr>
                <w:color w:val="222222"/>
              </w:rPr>
              <w:br/>
            </w:r>
            <w:r>
              <w:rPr>
                <w:color w:val="222222"/>
              </w:rPr>
              <w:br/>
            </w:r>
            <w:r>
              <w:rPr>
                <w:color w:val="222222"/>
              </w:rPr>
              <w:br/>
            </w:r>
            <w:r>
              <w:rPr>
                <w:color w:val="222222"/>
              </w:rPr>
              <w:br/>
            </w:r>
          </w:p>
        </w:tc>
      </w:tr>
    </w:tbl>
    <w:p w14:paraId="12423754" w14:textId="77777777" w:rsidR="00DE38AB" w:rsidRDefault="00DE38AB">
      <w:pPr>
        <w:spacing w:after="40"/>
      </w:pPr>
    </w:p>
    <w:p w14:paraId="23230178" w14:textId="77777777" w:rsidR="00371A02" w:rsidRDefault="00371A02">
      <w:pPr>
        <w:spacing w:after="60" w:line="259" w:lineRule="auto"/>
        <w:rPr>
          <w:b/>
          <w:color w:val="222222"/>
        </w:rPr>
      </w:pPr>
    </w:p>
    <w:p w14:paraId="574C2EF9" w14:textId="77777777" w:rsidR="00300E0D" w:rsidRDefault="00300E0D">
      <w:pPr>
        <w:spacing w:after="60" w:line="259" w:lineRule="auto"/>
        <w:rPr>
          <w:b/>
          <w:color w:val="222222"/>
        </w:rPr>
      </w:pPr>
    </w:p>
    <w:p w14:paraId="67738459" w14:textId="77777777" w:rsidR="00B32063" w:rsidRDefault="00B32063">
      <w:pPr>
        <w:spacing w:after="60" w:line="259" w:lineRule="auto"/>
        <w:rPr>
          <w:b/>
          <w:color w:val="222222"/>
        </w:rPr>
      </w:pPr>
    </w:p>
    <w:p w14:paraId="339DFB3A" w14:textId="77777777" w:rsidR="00371A02" w:rsidRDefault="00371A02">
      <w:pPr>
        <w:spacing w:after="60" w:line="259" w:lineRule="auto"/>
        <w:rPr>
          <w:b/>
          <w:color w:val="222222"/>
        </w:rPr>
      </w:pPr>
    </w:p>
    <w:p w14:paraId="0E9F21F2" w14:textId="77777777" w:rsidR="00371A02" w:rsidRDefault="00371A02">
      <w:pPr>
        <w:spacing w:after="60" w:line="259" w:lineRule="auto"/>
        <w:rPr>
          <w:b/>
          <w:color w:val="222222"/>
        </w:rPr>
      </w:pPr>
    </w:p>
    <w:p w14:paraId="11515C4C" w14:textId="4EBB9DBC" w:rsidR="00DE38AB" w:rsidRDefault="00000000">
      <w:pPr>
        <w:spacing w:after="60" w:line="259" w:lineRule="auto"/>
      </w:pPr>
      <w:r>
        <w:rPr>
          <w:b/>
          <w:color w:val="222222"/>
        </w:rPr>
        <w:lastRenderedPageBreak/>
        <w:t>8. What challenges do you anticipate? How will you overcome them?</w:t>
      </w:r>
    </w:p>
    <w:p w14:paraId="794E8DB9" w14:textId="77777777" w:rsidR="00DE38AB" w:rsidRDefault="00000000">
      <w:pPr>
        <w:spacing w:after="80" w:line="259" w:lineRule="auto"/>
      </w:pPr>
      <w:r>
        <w:rPr>
          <w:i/>
          <w:color w:val="222222"/>
        </w:rPr>
        <w:t>Questions to consider: Are there any approvals your organization needs? What level of support will you need from mentors or volunteers? Max 200 words.</w:t>
      </w:r>
    </w:p>
    <w:tbl>
      <w:tblPr>
        <w:tblW w:w="0" w:type="auto"/>
        <w:jc w:val="center"/>
        <w:tblLayout w:type="fixed"/>
        <w:tblLook w:val="04A0" w:firstRow="1" w:lastRow="0" w:firstColumn="1" w:lastColumn="0" w:noHBand="0" w:noVBand="1"/>
      </w:tblPr>
      <w:tblGrid>
        <w:gridCol w:w="10080"/>
      </w:tblGrid>
      <w:tr w:rsidR="00DE38AB" w14:paraId="71B9739E" w14:textId="77777777">
        <w:trPr>
          <w:jc w:val="center"/>
        </w:trPr>
        <w:tc>
          <w:tcPr>
            <w:tcW w:w="10080" w:type="dxa"/>
            <w:tcBorders>
              <w:top w:val="single" w:sz="10" w:space="0" w:color="AAB7BC"/>
              <w:left w:val="single" w:sz="10" w:space="0" w:color="AAB7BC"/>
              <w:bottom w:val="single" w:sz="10" w:space="0" w:color="AAB7BC"/>
              <w:right w:val="single" w:sz="10" w:space="0" w:color="AAB7BC"/>
            </w:tcBorders>
            <w:tcMar>
              <w:top w:w="90" w:type="dxa"/>
              <w:left w:w="110" w:type="dxa"/>
              <w:bottom w:w="90" w:type="dxa"/>
              <w:right w:w="110" w:type="dxa"/>
            </w:tcMar>
          </w:tcPr>
          <w:p w14:paraId="559FE24C" w14:textId="77777777" w:rsidR="00DE38AB" w:rsidRDefault="00000000">
            <w:pPr>
              <w:spacing w:after="0" w:line="240" w:lineRule="auto"/>
            </w:pPr>
            <w:r>
              <w:rPr>
                <w:color w:val="222222"/>
              </w:rPr>
              <w:br/>
            </w:r>
            <w:r>
              <w:rPr>
                <w:color w:val="222222"/>
              </w:rPr>
              <w:br/>
            </w:r>
            <w:r>
              <w:rPr>
                <w:color w:val="222222"/>
              </w:rPr>
              <w:br/>
            </w:r>
          </w:p>
        </w:tc>
      </w:tr>
    </w:tbl>
    <w:p w14:paraId="729577D2" w14:textId="77777777" w:rsidR="00DE38AB" w:rsidRDefault="00DE38AB">
      <w:pPr>
        <w:spacing w:after="40"/>
      </w:pPr>
    </w:p>
    <w:p w14:paraId="6B22A434" w14:textId="77777777" w:rsidR="00DE38AB" w:rsidRDefault="00000000">
      <w:pPr>
        <w:spacing w:after="60" w:line="259" w:lineRule="auto"/>
      </w:pPr>
      <w:r>
        <w:rPr>
          <w:b/>
          <w:color w:val="222222"/>
        </w:rPr>
        <w:t>9. Do you need additional support to implement your project? If so, please describe.</w:t>
      </w:r>
    </w:p>
    <w:p w14:paraId="2B0254E7" w14:textId="77777777" w:rsidR="00DE38AB" w:rsidRDefault="00000000">
      <w:pPr>
        <w:spacing w:after="80" w:line="259" w:lineRule="auto"/>
      </w:pPr>
      <w:r>
        <w:rPr>
          <w:i/>
          <w:color w:val="222222"/>
        </w:rPr>
        <w:t>Max 150 words.</w:t>
      </w:r>
    </w:p>
    <w:tbl>
      <w:tblPr>
        <w:tblW w:w="0" w:type="auto"/>
        <w:jc w:val="center"/>
        <w:tblLayout w:type="fixed"/>
        <w:tblLook w:val="04A0" w:firstRow="1" w:lastRow="0" w:firstColumn="1" w:lastColumn="0" w:noHBand="0" w:noVBand="1"/>
      </w:tblPr>
      <w:tblGrid>
        <w:gridCol w:w="10080"/>
      </w:tblGrid>
      <w:tr w:rsidR="00DE38AB" w14:paraId="30688D76" w14:textId="77777777">
        <w:trPr>
          <w:jc w:val="center"/>
        </w:trPr>
        <w:tc>
          <w:tcPr>
            <w:tcW w:w="10080" w:type="dxa"/>
            <w:tcBorders>
              <w:top w:val="single" w:sz="10" w:space="0" w:color="AAB7BC"/>
              <w:left w:val="single" w:sz="10" w:space="0" w:color="AAB7BC"/>
              <w:bottom w:val="single" w:sz="10" w:space="0" w:color="AAB7BC"/>
              <w:right w:val="single" w:sz="10" w:space="0" w:color="AAB7BC"/>
            </w:tcBorders>
            <w:tcMar>
              <w:top w:w="90" w:type="dxa"/>
              <w:left w:w="110" w:type="dxa"/>
              <w:bottom w:w="90" w:type="dxa"/>
              <w:right w:w="110" w:type="dxa"/>
            </w:tcMar>
          </w:tcPr>
          <w:p w14:paraId="137FFF0F" w14:textId="77777777" w:rsidR="00DE38AB" w:rsidRDefault="00000000">
            <w:pPr>
              <w:spacing w:after="0" w:line="240" w:lineRule="auto"/>
            </w:pPr>
            <w:r>
              <w:rPr>
                <w:color w:val="222222"/>
              </w:rPr>
              <w:br/>
            </w:r>
            <w:r>
              <w:rPr>
                <w:color w:val="222222"/>
              </w:rPr>
              <w:br/>
            </w:r>
          </w:p>
        </w:tc>
      </w:tr>
    </w:tbl>
    <w:p w14:paraId="3607A562" w14:textId="77777777" w:rsidR="00DE38AB" w:rsidRDefault="00DE38AB">
      <w:pPr>
        <w:spacing w:after="40"/>
      </w:pPr>
    </w:p>
    <w:p w14:paraId="5E607F4F" w14:textId="77777777" w:rsidR="00DE38AB" w:rsidRDefault="00000000">
      <w:pPr>
        <w:spacing w:after="60" w:line="259" w:lineRule="auto"/>
      </w:pPr>
      <w:r>
        <w:rPr>
          <w:b/>
          <w:color w:val="222222"/>
        </w:rPr>
        <w:t>10. Does your project require long-term maintenance beyond the term of the grant? If so, describe your plan to sustain the project.</w:t>
      </w:r>
    </w:p>
    <w:p w14:paraId="3700EA51" w14:textId="77777777" w:rsidR="00DE38AB" w:rsidRDefault="00000000">
      <w:pPr>
        <w:spacing w:after="80" w:line="259" w:lineRule="auto"/>
      </w:pPr>
      <w:r>
        <w:rPr>
          <w:i/>
          <w:color w:val="222222"/>
        </w:rPr>
        <w:t>Max 150 words.</w:t>
      </w:r>
    </w:p>
    <w:tbl>
      <w:tblPr>
        <w:tblW w:w="0" w:type="auto"/>
        <w:jc w:val="center"/>
        <w:tblLayout w:type="fixed"/>
        <w:tblLook w:val="04A0" w:firstRow="1" w:lastRow="0" w:firstColumn="1" w:lastColumn="0" w:noHBand="0" w:noVBand="1"/>
      </w:tblPr>
      <w:tblGrid>
        <w:gridCol w:w="10080"/>
      </w:tblGrid>
      <w:tr w:rsidR="00DE38AB" w14:paraId="1B3B44FD" w14:textId="77777777">
        <w:trPr>
          <w:jc w:val="center"/>
        </w:trPr>
        <w:tc>
          <w:tcPr>
            <w:tcW w:w="10080" w:type="dxa"/>
            <w:tcBorders>
              <w:top w:val="single" w:sz="10" w:space="0" w:color="AAB7BC"/>
              <w:left w:val="single" w:sz="10" w:space="0" w:color="AAB7BC"/>
              <w:bottom w:val="single" w:sz="10" w:space="0" w:color="AAB7BC"/>
              <w:right w:val="single" w:sz="10" w:space="0" w:color="AAB7BC"/>
            </w:tcBorders>
            <w:tcMar>
              <w:top w:w="90" w:type="dxa"/>
              <w:left w:w="110" w:type="dxa"/>
              <w:bottom w:w="90" w:type="dxa"/>
              <w:right w:w="110" w:type="dxa"/>
            </w:tcMar>
          </w:tcPr>
          <w:p w14:paraId="3929FF7E" w14:textId="77777777" w:rsidR="00DE38AB" w:rsidRDefault="00000000">
            <w:pPr>
              <w:spacing w:after="0" w:line="240" w:lineRule="auto"/>
            </w:pPr>
            <w:r>
              <w:rPr>
                <w:color w:val="222222"/>
              </w:rPr>
              <w:br/>
            </w:r>
            <w:r>
              <w:rPr>
                <w:color w:val="222222"/>
              </w:rPr>
              <w:br/>
            </w:r>
          </w:p>
        </w:tc>
      </w:tr>
    </w:tbl>
    <w:p w14:paraId="4BD26AF0" w14:textId="77777777" w:rsidR="00DE38AB" w:rsidRDefault="00DE38AB">
      <w:pPr>
        <w:spacing w:after="40"/>
      </w:pPr>
    </w:p>
    <w:p w14:paraId="625D4889" w14:textId="1AD4A68E" w:rsidR="00DE38AB" w:rsidRDefault="00000000">
      <w:pPr>
        <w:spacing w:after="60" w:line="259" w:lineRule="auto"/>
      </w:pPr>
      <w:r>
        <w:rPr>
          <w:b/>
          <w:color w:val="222222"/>
        </w:rPr>
        <w:t xml:space="preserve">11. Provide </w:t>
      </w:r>
      <w:r w:rsidR="0061260A">
        <w:rPr>
          <w:b/>
          <w:color w:val="222222"/>
        </w:rPr>
        <w:t>the</w:t>
      </w:r>
      <w:r>
        <w:rPr>
          <w:b/>
          <w:color w:val="222222"/>
        </w:rPr>
        <w:t xml:space="preserve"> output</w:t>
      </w:r>
      <w:r w:rsidR="0061260A">
        <w:rPr>
          <w:b/>
          <w:color w:val="222222"/>
        </w:rPr>
        <w:t>s</w:t>
      </w:r>
      <w:r>
        <w:rPr>
          <w:b/>
          <w:color w:val="222222"/>
        </w:rPr>
        <w:t xml:space="preserve"> and outcome</w:t>
      </w:r>
      <w:r w:rsidR="0061260A">
        <w:rPr>
          <w:b/>
          <w:color w:val="222222"/>
        </w:rPr>
        <w:t>s</w:t>
      </w:r>
      <w:r>
        <w:rPr>
          <w:b/>
          <w:color w:val="222222"/>
        </w:rPr>
        <w:t xml:space="preserve"> of your project.</w:t>
      </w:r>
    </w:p>
    <w:p w14:paraId="2FB49752" w14:textId="77777777" w:rsidR="00DE38AB" w:rsidRDefault="00000000">
      <w:pPr>
        <w:spacing w:after="80" w:line="259" w:lineRule="auto"/>
      </w:pPr>
      <w:r>
        <w:rPr>
          <w:i/>
          <w:color w:val="222222"/>
        </w:rPr>
        <w:t>Outputs are quantifiable results of your project, such as the number of trees planted. Outcomes are the impacts and effects of your activities, such as neighborhood cooling from increased tree shade. Max 100 words.</w:t>
      </w:r>
    </w:p>
    <w:tbl>
      <w:tblPr>
        <w:tblW w:w="0" w:type="auto"/>
        <w:jc w:val="center"/>
        <w:tblLayout w:type="fixed"/>
        <w:tblLook w:val="04A0" w:firstRow="1" w:lastRow="0" w:firstColumn="1" w:lastColumn="0" w:noHBand="0" w:noVBand="1"/>
      </w:tblPr>
      <w:tblGrid>
        <w:gridCol w:w="10080"/>
      </w:tblGrid>
      <w:tr w:rsidR="00DE38AB" w14:paraId="1FE6765A" w14:textId="77777777">
        <w:trPr>
          <w:jc w:val="center"/>
        </w:trPr>
        <w:tc>
          <w:tcPr>
            <w:tcW w:w="10080" w:type="dxa"/>
            <w:tcBorders>
              <w:top w:val="single" w:sz="10" w:space="0" w:color="AAB7BC"/>
              <w:left w:val="single" w:sz="10" w:space="0" w:color="AAB7BC"/>
              <w:bottom w:val="single" w:sz="10" w:space="0" w:color="AAB7BC"/>
              <w:right w:val="single" w:sz="10" w:space="0" w:color="AAB7BC"/>
            </w:tcBorders>
            <w:tcMar>
              <w:top w:w="90" w:type="dxa"/>
              <w:left w:w="110" w:type="dxa"/>
              <w:bottom w:w="90" w:type="dxa"/>
              <w:right w:w="110" w:type="dxa"/>
            </w:tcMar>
          </w:tcPr>
          <w:p w14:paraId="3E1DFFAD" w14:textId="77777777" w:rsidR="00DE38AB" w:rsidRDefault="00000000">
            <w:pPr>
              <w:spacing w:after="0" w:line="240" w:lineRule="auto"/>
            </w:pPr>
            <w:r>
              <w:rPr>
                <w:color w:val="222222"/>
              </w:rPr>
              <w:br/>
            </w:r>
          </w:p>
        </w:tc>
      </w:tr>
    </w:tbl>
    <w:p w14:paraId="675720C0" w14:textId="77777777" w:rsidR="00DE38AB" w:rsidRDefault="00DE38AB">
      <w:pPr>
        <w:spacing w:after="40"/>
      </w:pPr>
    </w:p>
    <w:p w14:paraId="14905F96" w14:textId="77777777" w:rsidR="00DE38AB" w:rsidRDefault="00000000">
      <w:pPr>
        <w:spacing w:after="60" w:line="259" w:lineRule="auto"/>
      </w:pPr>
      <w:r>
        <w:rPr>
          <w:b/>
          <w:color w:val="222222"/>
        </w:rPr>
        <w:t>12. Is there anything else you want us to know about your project, organization, or team?</w:t>
      </w:r>
    </w:p>
    <w:p w14:paraId="01AFBE4F" w14:textId="77777777" w:rsidR="00DE38AB" w:rsidRDefault="00000000">
      <w:pPr>
        <w:spacing w:after="80" w:line="259" w:lineRule="auto"/>
      </w:pPr>
      <w:r>
        <w:rPr>
          <w:i/>
          <w:color w:val="222222"/>
        </w:rPr>
        <w:t>Max 150 words.</w:t>
      </w:r>
    </w:p>
    <w:tbl>
      <w:tblPr>
        <w:tblW w:w="0" w:type="auto"/>
        <w:jc w:val="center"/>
        <w:tblLayout w:type="fixed"/>
        <w:tblLook w:val="04A0" w:firstRow="1" w:lastRow="0" w:firstColumn="1" w:lastColumn="0" w:noHBand="0" w:noVBand="1"/>
      </w:tblPr>
      <w:tblGrid>
        <w:gridCol w:w="10080"/>
      </w:tblGrid>
      <w:tr w:rsidR="00DE38AB" w14:paraId="6C6B3821" w14:textId="77777777">
        <w:trPr>
          <w:jc w:val="center"/>
        </w:trPr>
        <w:tc>
          <w:tcPr>
            <w:tcW w:w="10080" w:type="dxa"/>
            <w:tcBorders>
              <w:top w:val="single" w:sz="10" w:space="0" w:color="AAB7BC"/>
              <w:left w:val="single" w:sz="10" w:space="0" w:color="AAB7BC"/>
              <w:bottom w:val="single" w:sz="10" w:space="0" w:color="AAB7BC"/>
              <w:right w:val="single" w:sz="10" w:space="0" w:color="AAB7BC"/>
            </w:tcBorders>
            <w:tcMar>
              <w:top w:w="90" w:type="dxa"/>
              <w:left w:w="110" w:type="dxa"/>
              <w:bottom w:w="90" w:type="dxa"/>
              <w:right w:w="110" w:type="dxa"/>
            </w:tcMar>
          </w:tcPr>
          <w:p w14:paraId="4E2494BF" w14:textId="77777777" w:rsidR="00DE38AB" w:rsidRDefault="00000000">
            <w:pPr>
              <w:spacing w:after="0" w:line="240" w:lineRule="auto"/>
            </w:pPr>
            <w:r>
              <w:rPr>
                <w:color w:val="222222"/>
              </w:rPr>
              <w:br/>
            </w:r>
          </w:p>
        </w:tc>
      </w:tr>
    </w:tbl>
    <w:p w14:paraId="68554B8A" w14:textId="77777777" w:rsidR="00DE38AB" w:rsidRDefault="00DE38AB">
      <w:pPr>
        <w:spacing w:after="40"/>
      </w:pPr>
    </w:p>
    <w:p w14:paraId="2B3FC939" w14:textId="77777777" w:rsidR="00DE38AB" w:rsidRDefault="00000000">
      <w:pPr>
        <w:spacing w:before="80" w:after="80"/>
      </w:pPr>
      <w:r>
        <w:rPr>
          <w:b/>
          <w:color w:val="222222"/>
          <w:sz w:val="23"/>
        </w:rPr>
        <w:t>Optional attachments</w:t>
      </w:r>
    </w:p>
    <w:p w14:paraId="49174C40" w14:textId="77777777" w:rsidR="00DE38AB" w:rsidRDefault="00000000">
      <w:pPr>
        <w:spacing w:after="60" w:line="259" w:lineRule="auto"/>
        <w:ind w:left="288"/>
      </w:pPr>
      <w:r w:rsidRPr="00912786">
        <w:t xml:space="preserve">• </w:t>
      </w:r>
      <w:r>
        <w:rPr>
          <w:color w:val="222222"/>
        </w:rPr>
        <w:t>Photos</w:t>
      </w:r>
    </w:p>
    <w:p w14:paraId="1DD5041A" w14:textId="580B18E9" w:rsidR="00DE38AB" w:rsidRDefault="00000000">
      <w:pPr>
        <w:spacing w:after="60" w:line="259" w:lineRule="auto"/>
        <w:ind w:left="288"/>
        <w:rPr>
          <w:color w:val="222222"/>
        </w:rPr>
      </w:pPr>
      <w:r w:rsidRPr="00912786">
        <w:t xml:space="preserve">• </w:t>
      </w:r>
      <w:r>
        <w:rPr>
          <w:color w:val="222222"/>
        </w:rPr>
        <w:t>Letters of support</w:t>
      </w:r>
    </w:p>
    <w:p w14:paraId="4CD9E8E4" w14:textId="77777777" w:rsidR="00371A02" w:rsidRDefault="00371A02">
      <w:pPr>
        <w:spacing w:after="60" w:line="259" w:lineRule="auto"/>
        <w:ind w:left="288"/>
      </w:pPr>
    </w:p>
    <w:p w14:paraId="442F596F" w14:textId="77777777" w:rsidR="00371A02" w:rsidRDefault="00371A02">
      <w:pPr>
        <w:spacing w:after="60" w:line="259" w:lineRule="auto"/>
        <w:ind w:left="288"/>
      </w:pPr>
    </w:p>
    <w:tbl>
      <w:tblPr>
        <w:tblW w:w="0" w:type="auto"/>
        <w:jc w:val="center"/>
        <w:tblLayout w:type="fixed"/>
        <w:tblLook w:val="04A0" w:firstRow="1" w:lastRow="0" w:firstColumn="1" w:lastColumn="0" w:noHBand="0" w:noVBand="1"/>
      </w:tblPr>
      <w:tblGrid>
        <w:gridCol w:w="10080"/>
      </w:tblGrid>
      <w:tr w:rsidR="00DE38AB" w14:paraId="12ED2C0E" w14:textId="77777777">
        <w:trPr>
          <w:jc w:val="center"/>
        </w:trPr>
        <w:tc>
          <w:tcPr>
            <w:tcW w:w="10080" w:type="dxa"/>
            <w:tcBorders>
              <w:top w:val="single" w:sz="8" w:space="0" w:color="239A96"/>
              <w:left w:val="single" w:sz="8" w:space="0" w:color="239A96"/>
              <w:bottom w:val="single" w:sz="8" w:space="0" w:color="239A96"/>
              <w:right w:val="single" w:sz="8" w:space="0" w:color="239A96"/>
            </w:tcBorders>
            <w:shd w:val="clear" w:color="auto" w:fill="239A96"/>
            <w:tcMar>
              <w:top w:w="80" w:type="dxa"/>
              <w:left w:w="120" w:type="dxa"/>
              <w:bottom w:w="80" w:type="dxa"/>
              <w:right w:w="120" w:type="dxa"/>
            </w:tcMar>
          </w:tcPr>
          <w:p w14:paraId="100B0C8D" w14:textId="77777777" w:rsidR="00DE38AB" w:rsidRDefault="00000000">
            <w:pPr>
              <w:spacing w:after="0"/>
            </w:pPr>
            <w:r w:rsidRPr="00912786">
              <w:rPr>
                <w:b/>
                <w:sz w:val="25"/>
              </w:rPr>
              <w:t>Section 3. Budget</w:t>
            </w:r>
          </w:p>
        </w:tc>
      </w:tr>
    </w:tbl>
    <w:p w14:paraId="2FBFDCB8" w14:textId="77777777" w:rsidR="00DE38AB" w:rsidRDefault="00DE38AB"/>
    <w:p w14:paraId="6E834B31" w14:textId="20B2D895" w:rsidR="00DE38AB" w:rsidRDefault="00000000">
      <w:pPr>
        <w:spacing w:after="40" w:line="259" w:lineRule="auto"/>
      </w:pPr>
      <w:r>
        <w:rPr>
          <w:b/>
          <w:color w:val="222222"/>
        </w:rPr>
        <w:t>1. Total microgrant request:</w:t>
      </w:r>
    </w:p>
    <w:tbl>
      <w:tblPr>
        <w:tblW w:w="0" w:type="auto"/>
        <w:jc w:val="center"/>
        <w:tblLayout w:type="fixed"/>
        <w:tblLook w:val="04A0" w:firstRow="1" w:lastRow="0" w:firstColumn="1" w:lastColumn="0" w:noHBand="0" w:noVBand="1"/>
      </w:tblPr>
      <w:tblGrid>
        <w:gridCol w:w="3240"/>
        <w:gridCol w:w="6840"/>
      </w:tblGrid>
      <w:tr w:rsidR="00DE38AB" w14:paraId="16A10A44" w14:textId="77777777">
        <w:trPr>
          <w:jc w:val="center"/>
        </w:trPr>
        <w:tc>
          <w:tcPr>
            <w:tcW w:w="3240" w:type="dxa"/>
            <w:tcBorders>
              <w:top w:val="single" w:sz="8" w:space="0" w:color="C7D1D5"/>
              <w:left w:val="single" w:sz="8" w:space="0" w:color="C7D1D5"/>
              <w:bottom w:val="single" w:sz="8" w:space="0" w:color="C7D1D5"/>
              <w:right w:val="single" w:sz="8" w:space="0" w:color="C7D1D5"/>
            </w:tcBorders>
            <w:shd w:val="clear" w:color="auto" w:fill="F4F6F7"/>
            <w:tcMar>
              <w:top w:w="70" w:type="dxa"/>
              <w:left w:w="90" w:type="dxa"/>
              <w:bottom w:w="70" w:type="dxa"/>
              <w:right w:w="90" w:type="dxa"/>
            </w:tcMar>
          </w:tcPr>
          <w:p w14:paraId="3DE89A86" w14:textId="381920B1" w:rsidR="00DE38AB" w:rsidRDefault="00000000">
            <w:pPr>
              <w:spacing w:after="0" w:line="240" w:lineRule="auto"/>
            </w:pPr>
            <w:r>
              <w:rPr>
                <w:b/>
                <w:color w:val="222222"/>
                <w:sz w:val="20"/>
              </w:rPr>
              <w:t>Amount requested</w:t>
            </w:r>
          </w:p>
        </w:tc>
        <w:tc>
          <w:tcPr>
            <w:tcW w:w="6840" w:type="dxa"/>
            <w:tcBorders>
              <w:top w:val="single" w:sz="8" w:space="0" w:color="C7D1D5"/>
              <w:left w:val="single" w:sz="8" w:space="0" w:color="C7D1D5"/>
              <w:bottom w:val="single" w:sz="8" w:space="0" w:color="C7D1D5"/>
              <w:right w:val="single" w:sz="8" w:space="0" w:color="C7D1D5"/>
            </w:tcBorders>
            <w:tcMar>
              <w:top w:w="70" w:type="dxa"/>
              <w:left w:w="90" w:type="dxa"/>
              <w:bottom w:w="70" w:type="dxa"/>
              <w:right w:w="90" w:type="dxa"/>
            </w:tcMar>
          </w:tcPr>
          <w:p w14:paraId="1F7CED1C" w14:textId="77777777" w:rsidR="00DE38AB" w:rsidRDefault="00DE38AB">
            <w:pPr>
              <w:spacing w:after="0" w:line="240" w:lineRule="auto"/>
            </w:pPr>
          </w:p>
        </w:tc>
      </w:tr>
    </w:tbl>
    <w:p w14:paraId="3B1383EF" w14:textId="77777777" w:rsidR="00DE38AB" w:rsidRDefault="00DE38AB">
      <w:pPr>
        <w:spacing w:after="0"/>
      </w:pPr>
    </w:p>
    <w:p w14:paraId="76B92842" w14:textId="09F5F606" w:rsidR="00DE38AB" w:rsidRDefault="00300E0D">
      <w:pPr>
        <w:spacing w:after="40" w:line="259" w:lineRule="auto"/>
      </w:pPr>
      <w:r>
        <w:rPr>
          <w:b/>
          <w:color w:val="222222"/>
        </w:rPr>
        <w:t>2. Budget breakdown</w:t>
      </w:r>
    </w:p>
    <w:p w14:paraId="384A7446" w14:textId="77777777" w:rsidR="00DE38AB" w:rsidRDefault="00000000">
      <w:pPr>
        <w:spacing w:after="120" w:line="259" w:lineRule="auto"/>
      </w:pPr>
      <w:r>
        <w:rPr>
          <w:i/>
          <w:color w:val="222222"/>
        </w:rPr>
        <w:t>Applicants can request between $1,000 and $5,000. Please list the purchases or activities you expect to fund through this grant and explain how each cost was estimated.</w:t>
      </w:r>
    </w:p>
    <w:tbl>
      <w:tblPr>
        <w:tblW w:w="0" w:type="auto"/>
        <w:jc w:val="center"/>
        <w:tblLayout w:type="fixed"/>
        <w:tblLook w:val="04A0" w:firstRow="1" w:lastRow="0" w:firstColumn="1" w:lastColumn="0" w:noHBand="0" w:noVBand="1"/>
      </w:tblPr>
      <w:tblGrid>
        <w:gridCol w:w="4752"/>
        <w:gridCol w:w="1584"/>
        <w:gridCol w:w="3744"/>
      </w:tblGrid>
      <w:tr w:rsidR="00DE38AB" w14:paraId="42844E4F" w14:textId="77777777">
        <w:trPr>
          <w:tblHeader/>
          <w:jc w:val="center"/>
        </w:trPr>
        <w:tc>
          <w:tcPr>
            <w:tcW w:w="4752" w:type="dxa"/>
            <w:tcBorders>
              <w:top w:val="single" w:sz="8" w:space="0" w:color="C7D1D5"/>
              <w:left w:val="single" w:sz="8" w:space="0" w:color="C7D1D5"/>
              <w:bottom w:val="single" w:sz="8" w:space="0" w:color="C7D1D5"/>
              <w:right w:val="single" w:sz="8" w:space="0" w:color="C7D1D5"/>
            </w:tcBorders>
            <w:shd w:val="clear" w:color="auto" w:fill="239A96"/>
            <w:tcMar>
              <w:top w:w="70" w:type="dxa"/>
              <w:left w:w="90" w:type="dxa"/>
              <w:bottom w:w="70" w:type="dxa"/>
              <w:right w:w="90" w:type="dxa"/>
            </w:tcMar>
            <w:vAlign w:val="center"/>
          </w:tcPr>
          <w:p w14:paraId="1B5B647E" w14:textId="77777777" w:rsidR="00DE38AB" w:rsidRDefault="00000000">
            <w:pPr>
              <w:spacing w:after="0"/>
              <w:jc w:val="center"/>
            </w:pPr>
            <w:r w:rsidRPr="00912786">
              <w:rPr>
                <w:b/>
                <w:sz w:val="20"/>
              </w:rPr>
              <w:t>Purchase or Activity</w:t>
            </w:r>
          </w:p>
        </w:tc>
        <w:tc>
          <w:tcPr>
            <w:tcW w:w="1584" w:type="dxa"/>
            <w:tcBorders>
              <w:top w:val="single" w:sz="8" w:space="0" w:color="C7D1D5"/>
              <w:left w:val="single" w:sz="8" w:space="0" w:color="C7D1D5"/>
              <w:bottom w:val="single" w:sz="8" w:space="0" w:color="C7D1D5"/>
              <w:right w:val="single" w:sz="8" w:space="0" w:color="C7D1D5"/>
            </w:tcBorders>
            <w:shd w:val="clear" w:color="auto" w:fill="239A96"/>
            <w:tcMar>
              <w:top w:w="70" w:type="dxa"/>
              <w:left w:w="90" w:type="dxa"/>
              <w:bottom w:w="70" w:type="dxa"/>
              <w:right w:w="90" w:type="dxa"/>
            </w:tcMar>
            <w:vAlign w:val="center"/>
          </w:tcPr>
          <w:p w14:paraId="1C2AFF0E" w14:textId="77777777" w:rsidR="00DE38AB" w:rsidRDefault="00000000">
            <w:pPr>
              <w:spacing w:after="0"/>
              <w:jc w:val="center"/>
            </w:pPr>
            <w:r w:rsidRPr="00912786">
              <w:rPr>
                <w:b/>
                <w:sz w:val="20"/>
              </w:rPr>
              <w:t>Cost</w:t>
            </w:r>
          </w:p>
        </w:tc>
        <w:tc>
          <w:tcPr>
            <w:tcW w:w="3744" w:type="dxa"/>
            <w:tcBorders>
              <w:top w:val="single" w:sz="8" w:space="0" w:color="C7D1D5"/>
              <w:left w:val="single" w:sz="8" w:space="0" w:color="C7D1D5"/>
              <w:bottom w:val="single" w:sz="8" w:space="0" w:color="C7D1D5"/>
              <w:right w:val="single" w:sz="8" w:space="0" w:color="C7D1D5"/>
            </w:tcBorders>
            <w:shd w:val="clear" w:color="auto" w:fill="239A96"/>
            <w:tcMar>
              <w:top w:w="70" w:type="dxa"/>
              <w:left w:w="90" w:type="dxa"/>
              <w:bottom w:w="70" w:type="dxa"/>
              <w:right w:w="90" w:type="dxa"/>
            </w:tcMar>
            <w:vAlign w:val="center"/>
          </w:tcPr>
          <w:p w14:paraId="3887884A" w14:textId="77777777" w:rsidR="00DE38AB" w:rsidRDefault="00000000">
            <w:pPr>
              <w:spacing w:after="0"/>
              <w:jc w:val="center"/>
            </w:pPr>
            <w:r w:rsidRPr="00912786">
              <w:rPr>
                <w:b/>
                <w:sz w:val="20"/>
              </w:rPr>
              <w:t>How costs were determined</w:t>
            </w:r>
          </w:p>
        </w:tc>
      </w:tr>
      <w:tr w:rsidR="00DE38AB" w14:paraId="605E3C71" w14:textId="77777777">
        <w:trPr>
          <w:jc w:val="center"/>
        </w:trPr>
        <w:tc>
          <w:tcPr>
            <w:tcW w:w="4752" w:type="dxa"/>
            <w:tcBorders>
              <w:top w:val="single" w:sz="8" w:space="0" w:color="C7D1D5"/>
              <w:left w:val="single" w:sz="8" w:space="0" w:color="C7D1D5"/>
              <w:bottom w:val="single" w:sz="8" w:space="0" w:color="C7D1D5"/>
              <w:right w:val="single" w:sz="8" w:space="0" w:color="C7D1D5"/>
            </w:tcBorders>
            <w:tcMar>
              <w:top w:w="70" w:type="dxa"/>
              <w:left w:w="90" w:type="dxa"/>
              <w:bottom w:w="70" w:type="dxa"/>
              <w:right w:w="90" w:type="dxa"/>
            </w:tcMar>
          </w:tcPr>
          <w:p w14:paraId="68BCF4DA" w14:textId="77777777" w:rsidR="00DE38AB" w:rsidRDefault="00000000">
            <w:pPr>
              <w:spacing w:after="0" w:line="240" w:lineRule="auto"/>
            </w:pPr>
            <w:r>
              <w:br/>
            </w:r>
          </w:p>
        </w:tc>
        <w:tc>
          <w:tcPr>
            <w:tcW w:w="1584" w:type="dxa"/>
            <w:tcBorders>
              <w:top w:val="single" w:sz="8" w:space="0" w:color="C7D1D5"/>
              <w:left w:val="single" w:sz="8" w:space="0" w:color="C7D1D5"/>
              <w:bottom w:val="single" w:sz="8" w:space="0" w:color="C7D1D5"/>
              <w:right w:val="single" w:sz="8" w:space="0" w:color="C7D1D5"/>
            </w:tcBorders>
            <w:tcMar>
              <w:top w:w="70" w:type="dxa"/>
              <w:left w:w="90" w:type="dxa"/>
              <w:bottom w:w="70" w:type="dxa"/>
              <w:right w:w="90" w:type="dxa"/>
            </w:tcMar>
          </w:tcPr>
          <w:p w14:paraId="340A4C54" w14:textId="77777777" w:rsidR="00DE38AB" w:rsidRDefault="00000000">
            <w:pPr>
              <w:spacing w:after="0" w:line="240" w:lineRule="auto"/>
            </w:pPr>
            <w:r>
              <w:br/>
            </w:r>
          </w:p>
        </w:tc>
        <w:tc>
          <w:tcPr>
            <w:tcW w:w="3744" w:type="dxa"/>
            <w:tcBorders>
              <w:top w:val="single" w:sz="8" w:space="0" w:color="C7D1D5"/>
              <w:left w:val="single" w:sz="8" w:space="0" w:color="C7D1D5"/>
              <w:bottom w:val="single" w:sz="8" w:space="0" w:color="C7D1D5"/>
              <w:right w:val="single" w:sz="8" w:space="0" w:color="C7D1D5"/>
            </w:tcBorders>
            <w:tcMar>
              <w:top w:w="70" w:type="dxa"/>
              <w:left w:w="90" w:type="dxa"/>
              <w:bottom w:w="70" w:type="dxa"/>
              <w:right w:w="90" w:type="dxa"/>
            </w:tcMar>
          </w:tcPr>
          <w:p w14:paraId="0A1EF308" w14:textId="77777777" w:rsidR="00DE38AB" w:rsidRDefault="00000000">
            <w:pPr>
              <w:spacing w:after="0" w:line="240" w:lineRule="auto"/>
            </w:pPr>
            <w:r>
              <w:br/>
            </w:r>
          </w:p>
        </w:tc>
      </w:tr>
      <w:tr w:rsidR="00DE38AB" w14:paraId="7302E2DF" w14:textId="77777777">
        <w:trPr>
          <w:jc w:val="center"/>
        </w:trPr>
        <w:tc>
          <w:tcPr>
            <w:tcW w:w="4752" w:type="dxa"/>
            <w:tcBorders>
              <w:top w:val="single" w:sz="8" w:space="0" w:color="C7D1D5"/>
              <w:left w:val="single" w:sz="8" w:space="0" w:color="C7D1D5"/>
              <w:bottom w:val="single" w:sz="8" w:space="0" w:color="C7D1D5"/>
              <w:right w:val="single" w:sz="8" w:space="0" w:color="C7D1D5"/>
            </w:tcBorders>
            <w:tcMar>
              <w:top w:w="70" w:type="dxa"/>
              <w:left w:w="90" w:type="dxa"/>
              <w:bottom w:w="70" w:type="dxa"/>
              <w:right w:w="90" w:type="dxa"/>
            </w:tcMar>
          </w:tcPr>
          <w:p w14:paraId="1A41A048" w14:textId="77777777" w:rsidR="00DE38AB" w:rsidRDefault="00000000">
            <w:pPr>
              <w:spacing w:after="0" w:line="240" w:lineRule="auto"/>
            </w:pPr>
            <w:r>
              <w:br/>
            </w:r>
          </w:p>
        </w:tc>
        <w:tc>
          <w:tcPr>
            <w:tcW w:w="1584" w:type="dxa"/>
            <w:tcBorders>
              <w:top w:val="single" w:sz="8" w:space="0" w:color="C7D1D5"/>
              <w:left w:val="single" w:sz="8" w:space="0" w:color="C7D1D5"/>
              <w:bottom w:val="single" w:sz="8" w:space="0" w:color="C7D1D5"/>
              <w:right w:val="single" w:sz="8" w:space="0" w:color="C7D1D5"/>
            </w:tcBorders>
            <w:tcMar>
              <w:top w:w="70" w:type="dxa"/>
              <w:left w:w="90" w:type="dxa"/>
              <w:bottom w:w="70" w:type="dxa"/>
              <w:right w:w="90" w:type="dxa"/>
            </w:tcMar>
          </w:tcPr>
          <w:p w14:paraId="62AEACD7" w14:textId="77777777" w:rsidR="00DE38AB" w:rsidRDefault="00000000">
            <w:pPr>
              <w:spacing w:after="0" w:line="240" w:lineRule="auto"/>
            </w:pPr>
            <w:r>
              <w:br/>
            </w:r>
          </w:p>
        </w:tc>
        <w:tc>
          <w:tcPr>
            <w:tcW w:w="3744" w:type="dxa"/>
            <w:tcBorders>
              <w:top w:val="single" w:sz="8" w:space="0" w:color="C7D1D5"/>
              <w:left w:val="single" w:sz="8" w:space="0" w:color="C7D1D5"/>
              <w:bottom w:val="single" w:sz="8" w:space="0" w:color="C7D1D5"/>
              <w:right w:val="single" w:sz="8" w:space="0" w:color="C7D1D5"/>
            </w:tcBorders>
            <w:tcMar>
              <w:top w:w="70" w:type="dxa"/>
              <w:left w:w="90" w:type="dxa"/>
              <w:bottom w:w="70" w:type="dxa"/>
              <w:right w:w="90" w:type="dxa"/>
            </w:tcMar>
          </w:tcPr>
          <w:p w14:paraId="6229A745" w14:textId="77777777" w:rsidR="00DE38AB" w:rsidRDefault="00000000">
            <w:pPr>
              <w:spacing w:after="0" w:line="240" w:lineRule="auto"/>
            </w:pPr>
            <w:r>
              <w:br/>
            </w:r>
          </w:p>
        </w:tc>
      </w:tr>
      <w:tr w:rsidR="00DE38AB" w14:paraId="33D8D650" w14:textId="77777777">
        <w:trPr>
          <w:jc w:val="center"/>
        </w:trPr>
        <w:tc>
          <w:tcPr>
            <w:tcW w:w="4752" w:type="dxa"/>
            <w:tcBorders>
              <w:top w:val="single" w:sz="8" w:space="0" w:color="C7D1D5"/>
              <w:left w:val="single" w:sz="8" w:space="0" w:color="C7D1D5"/>
              <w:bottom w:val="single" w:sz="8" w:space="0" w:color="C7D1D5"/>
              <w:right w:val="single" w:sz="8" w:space="0" w:color="C7D1D5"/>
            </w:tcBorders>
            <w:tcMar>
              <w:top w:w="70" w:type="dxa"/>
              <w:left w:w="90" w:type="dxa"/>
              <w:bottom w:w="70" w:type="dxa"/>
              <w:right w:w="90" w:type="dxa"/>
            </w:tcMar>
          </w:tcPr>
          <w:p w14:paraId="50C678ED" w14:textId="77777777" w:rsidR="00DE38AB" w:rsidRDefault="00000000">
            <w:pPr>
              <w:spacing w:after="0" w:line="240" w:lineRule="auto"/>
            </w:pPr>
            <w:r>
              <w:br/>
            </w:r>
          </w:p>
        </w:tc>
        <w:tc>
          <w:tcPr>
            <w:tcW w:w="1584" w:type="dxa"/>
            <w:tcBorders>
              <w:top w:val="single" w:sz="8" w:space="0" w:color="C7D1D5"/>
              <w:left w:val="single" w:sz="8" w:space="0" w:color="C7D1D5"/>
              <w:bottom w:val="single" w:sz="8" w:space="0" w:color="C7D1D5"/>
              <w:right w:val="single" w:sz="8" w:space="0" w:color="C7D1D5"/>
            </w:tcBorders>
            <w:tcMar>
              <w:top w:w="70" w:type="dxa"/>
              <w:left w:w="90" w:type="dxa"/>
              <w:bottom w:w="70" w:type="dxa"/>
              <w:right w:w="90" w:type="dxa"/>
            </w:tcMar>
          </w:tcPr>
          <w:p w14:paraId="6919F5EF" w14:textId="77777777" w:rsidR="00DE38AB" w:rsidRDefault="00000000">
            <w:pPr>
              <w:spacing w:after="0" w:line="240" w:lineRule="auto"/>
            </w:pPr>
            <w:r>
              <w:br/>
            </w:r>
          </w:p>
        </w:tc>
        <w:tc>
          <w:tcPr>
            <w:tcW w:w="3744" w:type="dxa"/>
            <w:tcBorders>
              <w:top w:val="single" w:sz="8" w:space="0" w:color="C7D1D5"/>
              <w:left w:val="single" w:sz="8" w:space="0" w:color="C7D1D5"/>
              <w:bottom w:val="single" w:sz="8" w:space="0" w:color="C7D1D5"/>
              <w:right w:val="single" w:sz="8" w:space="0" w:color="C7D1D5"/>
            </w:tcBorders>
            <w:tcMar>
              <w:top w:w="70" w:type="dxa"/>
              <w:left w:w="90" w:type="dxa"/>
              <w:bottom w:w="70" w:type="dxa"/>
              <w:right w:w="90" w:type="dxa"/>
            </w:tcMar>
          </w:tcPr>
          <w:p w14:paraId="23FCC9DD" w14:textId="77777777" w:rsidR="00DE38AB" w:rsidRDefault="00000000">
            <w:pPr>
              <w:spacing w:after="0" w:line="240" w:lineRule="auto"/>
            </w:pPr>
            <w:r>
              <w:br/>
            </w:r>
          </w:p>
        </w:tc>
      </w:tr>
      <w:tr w:rsidR="00DE38AB" w14:paraId="0CDF0CB0" w14:textId="77777777">
        <w:trPr>
          <w:jc w:val="center"/>
        </w:trPr>
        <w:tc>
          <w:tcPr>
            <w:tcW w:w="4752" w:type="dxa"/>
            <w:tcBorders>
              <w:top w:val="single" w:sz="8" w:space="0" w:color="C7D1D5"/>
              <w:left w:val="single" w:sz="8" w:space="0" w:color="C7D1D5"/>
              <w:bottom w:val="single" w:sz="8" w:space="0" w:color="C7D1D5"/>
              <w:right w:val="single" w:sz="8" w:space="0" w:color="C7D1D5"/>
            </w:tcBorders>
            <w:tcMar>
              <w:top w:w="70" w:type="dxa"/>
              <w:left w:w="90" w:type="dxa"/>
              <w:bottom w:w="70" w:type="dxa"/>
              <w:right w:w="90" w:type="dxa"/>
            </w:tcMar>
          </w:tcPr>
          <w:p w14:paraId="20A2894A" w14:textId="77777777" w:rsidR="00DE38AB" w:rsidRDefault="00000000">
            <w:pPr>
              <w:spacing w:after="0" w:line="240" w:lineRule="auto"/>
            </w:pPr>
            <w:r>
              <w:br/>
            </w:r>
          </w:p>
        </w:tc>
        <w:tc>
          <w:tcPr>
            <w:tcW w:w="1584" w:type="dxa"/>
            <w:tcBorders>
              <w:top w:val="single" w:sz="8" w:space="0" w:color="C7D1D5"/>
              <w:left w:val="single" w:sz="8" w:space="0" w:color="C7D1D5"/>
              <w:bottom w:val="single" w:sz="8" w:space="0" w:color="C7D1D5"/>
              <w:right w:val="single" w:sz="8" w:space="0" w:color="C7D1D5"/>
            </w:tcBorders>
            <w:tcMar>
              <w:top w:w="70" w:type="dxa"/>
              <w:left w:w="90" w:type="dxa"/>
              <w:bottom w:w="70" w:type="dxa"/>
              <w:right w:w="90" w:type="dxa"/>
            </w:tcMar>
          </w:tcPr>
          <w:p w14:paraId="1679A7A3" w14:textId="77777777" w:rsidR="00DE38AB" w:rsidRDefault="00000000">
            <w:pPr>
              <w:spacing w:after="0" w:line="240" w:lineRule="auto"/>
            </w:pPr>
            <w:r>
              <w:br/>
            </w:r>
          </w:p>
        </w:tc>
        <w:tc>
          <w:tcPr>
            <w:tcW w:w="3744" w:type="dxa"/>
            <w:tcBorders>
              <w:top w:val="single" w:sz="8" w:space="0" w:color="C7D1D5"/>
              <w:left w:val="single" w:sz="8" w:space="0" w:color="C7D1D5"/>
              <w:bottom w:val="single" w:sz="8" w:space="0" w:color="C7D1D5"/>
              <w:right w:val="single" w:sz="8" w:space="0" w:color="C7D1D5"/>
            </w:tcBorders>
            <w:tcMar>
              <w:top w:w="70" w:type="dxa"/>
              <w:left w:w="90" w:type="dxa"/>
              <w:bottom w:w="70" w:type="dxa"/>
              <w:right w:w="90" w:type="dxa"/>
            </w:tcMar>
          </w:tcPr>
          <w:p w14:paraId="5420E431" w14:textId="77777777" w:rsidR="00DE38AB" w:rsidRDefault="00000000">
            <w:pPr>
              <w:spacing w:after="0" w:line="240" w:lineRule="auto"/>
            </w:pPr>
            <w:r>
              <w:br/>
            </w:r>
          </w:p>
        </w:tc>
      </w:tr>
      <w:tr w:rsidR="00DE38AB" w14:paraId="333BFA6D" w14:textId="77777777">
        <w:trPr>
          <w:jc w:val="center"/>
        </w:trPr>
        <w:tc>
          <w:tcPr>
            <w:tcW w:w="4752" w:type="dxa"/>
            <w:tcBorders>
              <w:top w:val="single" w:sz="8" w:space="0" w:color="C7D1D5"/>
              <w:left w:val="single" w:sz="8" w:space="0" w:color="C7D1D5"/>
              <w:bottom w:val="single" w:sz="8" w:space="0" w:color="C7D1D5"/>
              <w:right w:val="single" w:sz="8" w:space="0" w:color="C7D1D5"/>
            </w:tcBorders>
            <w:tcMar>
              <w:top w:w="70" w:type="dxa"/>
              <w:left w:w="90" w:type="dxa"/>
              <w:bottom w:w="70" w:type="dxa"/>
              <w:right w:w="90" w:type="dxa"/>
            </w:tcMar>
          </w:tcPr>
          <w:p w14:paraId="63F66A17" w14:textId="77777777" w:rsidR="00DE38AB" w:rsidRDefault="00000000">
            <w:pPr>
              <w:spacing w:after="0" w:line="240" w:lineRule="auto"/>
            </w:pPr>
            <w:r>
              <w:br/>
            </w:r>
          </w:p>
        </w:tc>
        <w:tc>
          <w:tcPr>
            <w:tcW w:w="1584" w:type="dxa"/>
            <w:tcBorders>
              <w:top w:val="single" w:sz="8" w:space="0" w:color="C7D1D5"/>
              <w:left w:val="single" w:sz="8" w:space="0" w:color="C7D1D5"/>
              <w:bottom w:val="single" w:sz="8" w:space="0" w:color="C7D1D5"/>
              <w:right w:val="single" w:sz="8" w:space="0" w:color="C7D1D5"/>
            </w:tcBorders>
            <w:tcMar>
              <w:top w:w="70" w:type="dxa"/>
              <w:left w:w="90" w:type="dxa"/>
              <w:bottom w:w="70" w:type="dxa"/>
              <w:right w:w="90" w:type="dxa"/>
            </w:tcMar>
          </w:tcPr>
          <w:p w14:paraId="7F50F05C" w14:textId="77777777" w:rsidR="00DE38AB" w:rsidRDefault="00000000">
            <w:pPr>
              <w:spacing w:after="0" w:line="240" w:lineRule="auto"/>
            </w:pPr>
            <w:r>
              <w:br/>
            </w:r>
          </w:p>
        </w:tc>
        <w:tc>
          <w:tcPr>
            <w:tcW w:w="3744" w:type="dxa"/>
            <w:tcBorders>
              <w:top w:val="single" w:sz="8" w:space="0" w:color="C7D1D5"/>
              <w:left w:val="single" w:sz="8" w:space="0" w:color="C7D1D5"/>
              <w:bottom w:val="single" w:sz="8" w:space="0" w:color="C7D1D5"/>
              <w:right w:val="single" w:sz="8" w:space="0" w:color="C7D1D5"/>
            </w:tcBorders>
            <w:tcMar>
              <w:top w:w="70" w:type="dxa"/>
              <w:left w:w="90" w:type="dxa"/>
              <w:bottom w:w="70" w:type="dxa"/>
              <w:right w:w="90" w:type="dxa"/>
            </w:tcMar>
          </w:tcPr>
          <w:p w14:paraId="5F21EADD" w14:textId="77777777" w:rsidR="00DE38AB" w:rsidRDefault="00000000">
            <w:pPr>
              <w:spacing w:after="0" w:line="240" w:lineRule="auto"/>
            </w:pPr>
            <w:r>
              <w:br/>
            </w:r>
          </w:p>
        </w:tc>
      </w:tr>
      <w:tr w:rsidR="00DE38AB" w14:paraId="0471C04E" w14:textId="77777777">
        <w:trPr>
          <w:jc w:val="center"/>
        </w:trPr>
        <w:tc>
          <w:tcPr>
            <w:tcW w:w="4752" w:type="dxa"/>
            <w:tcBorders>
              <w:top w:val="single" w:sz="8" w:space="0" w:color="C7D1D5"/>
              <w:left w:val="single" w:sz="8" w:space="0" w:color="C7D1D5"/>
              <w:bottom w:val="single" w:sz="8" w:space="0" w:color="C7D1D5"/>
              <w:right w:val="single" w:sz="8" w:space="0" w:color="C7D1D5"/>
            </w:tcBorders>
            <w:tcMar>
              <w:top w:w="70" w:type="dxa"/>
              <w:left w:w="90" w:type="dxa"/>
              <w:bottom w:w="70" w:type="dxa"/>
              <w:right w:w="90" w:type="dxa"/>
            </w:tcMar>
          </w:tcPr>
          <w:p w14:paraId="1F02EEC8" w14:textId="77777777" w:rsidR="00DE38AB" w:rsidRDefault="00000000">
            <w:pPr>
              <w:spacing w:after="0" w:line="240" w:lineRule="auto"/>
            </w:pPr>
            <w:r>
              <w:br/>
            </w:r>
          </w:p>
        </w:tc>
        <w:tc>
          <w:tcPr>
            <w:tcW w:w="1584" w:type="dxa"/>
            <w:tcBorders>
              <w:top w:val="single" w:sz="8" w:space="0" w:color="C7D1D5"/>
              <w:left w:val="single" w:sz="8" w:space="0" w:color="C7D1D5"/>
              <w:bottom w:val="single" w:sz="8" w:space="0" w:color="C7D1D5"/>
              <w:right w:val="single" w:sz="8" w:space="0" w:color="C7D1D5"/>
            </w:tcBorders>
            <w:tcMar>
              <w:top w:w="70" w:type="dxa"/>
              <w:left w:w="90" w:type="dxa"/>
              <w:bottom w:w="70" w:type="dxa"/>
              <w:right w:w="90" w:type="dxa"/>
            </w:tcMar>
          </w:tcPr>
          <w:p w14:paraId="4E8F3790" w14:textId="77777777" w:rsidR="00DE38AB" w:rsidRDefault="00000000">
            <w:pPr>
              <w:spacing w:after="0" w:line="240" w:lineRule="auto"/>
            </w:pPr>
            <w:r>
              <w:br/>
            </w:r>
          </w:p>
        </w:tc>
        <w:tc>
          <w:tcPr>
            <w:tcW w:w="3744" w:type="dxa"/>
            <w:tcBorders>
              <w:top w:val="single" w:sz="8" w:space="0" w:color="C7D1D5"/>
              <w:left w:val="single" w:sz="8" w:space="0" w:color="C7D1D5"/>
              <w:bottom w:val="single" w:sz="8" w:space="0" w:color="C7D1D5"/>
              <w:right w:val="single" w:sz="8" w:space="0" w:color="C7D1D5"/>
            </w:tcBorders>
            <w:tcMar>
              <w:top w:w="70" w:type="dxa"/>
              <w:left w:w="90" w:type="dxa"/>
              <w:bottom w:w="70" w:type="dxa"/>
              <w:right w:w="90" w:type="dxa"/>
            </w:tcMar>
          </w:tcPr>
          <w:p w14:paraId="67535F09" w14:textId="77777777" w:rsidR="00DE38AB" w:rsidRDefault="00000000">
            <w:pPr>
              <w:spacing w:after="0" w:line="240" w:lineRule="auto"/>
            </w:pPr>
            <w:r>
              <w:br/>
            </w:r>
          </w:p>
        </w:tc>
      </w:tr>
      <w:tr w:rsidR="00DE38AB" w14:paraId="7861A9BD" w14:textId="77777777">
        <w:trPr>
          <w:jc w:val="center"/>
        </w:trPr>
        <w:tc>
          <w:tcPr>
            <w:tcW w:w="4752" w:type="dxa"/>
            <w:tcBorders>
              <w:top w:val="single" w:sz="8" w:space="0" w:color="C7D1D5"/>
              <w:left w:val="single" w:sz="8" w:space="0" w:color="C7D1D5"/>
              <w:bottom w:val="single" w:sz="8" w:space="0" w:color="C7D1D5"/>
              <w:right w:val="single" w:sz="8" w:space="0" w:color="C7D1D5"/>
            </w:tcBorders>
            <w:tcMar>
              <w:top w:w="70" w:type="dxa"/>
              <w:left w:w="90" w:type="dxa"/>
              <w:bottom w:w="70" w:type="dxa"/>
              <w:right w:w="90" w:type="dxa"/>
            </w:tcMar>
          </w:tcPr>
          <w:p w14:paraId="1AEB1042" w14:textId="77777777" w:rsidR="00DE38AB" w:rsidRDefault="00000000">
            <w:pPr>
              <w:spacing w:after="0" w:line="240" w:lineRule="auto"/>
            </w:pPr>
            <w:r>
              <w:br/>
            </w:r>
          </w:p>
        </w:tc>
        <w:tc>
          <w:tcPr>
            <w:tcW w:w="1584" w:type="dxa"/>
            <w:tcBorders>
              <w:top w:val="single" w:sz="8" w:space="0" w:color="C7D1D5"/>
              <w:left w:val="single" w:sz="8" w:space="0" w:color="C7D1D5"/>
              <w:bottom w:val="single" w:sz="8" w:space="0" w:color="C7D1D5"/>
              <w:right w:val="single" w:sz="8" w:space="0" w:color="C7D1D5"/>
            </w:tcBorders>
            <w:tcMar>
              <w:top w:w="70" w:type="dxa"/>
              <w:left w:w="90" w:type="dxa"/>
              <w:bottom w:w="70" w:type="dxa"/>
              <w:right w:w="90" w:type="dxa"/>
            </w:tcMar>
          </w:tcPr>
          <w:p w14:paraId="46DB75FD" w14:textId="77777777" w:rsidR="00DE38AB" w:rsidRDefault="00000000">
            <w:pPr>
              <w:spacing w:after="0" w:line="240" w:lineRule="auto"/>
            </w:pPr>
            <w:r>
              <w:br/>
            </w:r>
          </w:p>
        </w:tc>
        <w:tc>
          <w:tcPr>
            <w:tcW w:w="3744" w:type="dxa"/>
            <w:tcBorders>
              <w:top w:val="single" w:sz="8" w:space="0" w:color="C7D1D5"/>
              <w:left w:val="single" w:sz="8" w:space="0" w:color="C7D1D5"/>
              <w:bottom w:val="single" w:sz="8" w:space="0" w:color="C7D1D5"/>
              <w:right w:val="single" w:sz="8" w:space="0" w:color="C7D1D5"/>
            </w:tcBorders>
            <w:tcMar>
              <w:top w:w="70" w:type="dxa"/>
              <w:left w:w="90" w:type="dxa"/>
              <w:bottom w:w="70" w:type="dxa"/>
              <w:right w:w="90" w:type="dxa"/>
            </w:tcMar>
          </w:tcPr>
          <w:p w14:paraId="6C4A45B9" w14:textId="77777777" w:rsidR="00DE38AB" w:rsidRDefault="00000000">
            <w:pPr>
              <w:spacing w:after="0" w:line="240" w:lineRule="auto"/>
            </w:pPr>
            <w:r>
              <w:br/>
            </w:r>
          </w:p>
        </w:tc>
      </w:tr>
      <w:tr w:rsidR="00DE38AB" w14:paraId="41DEBAA2" w14:textId="77777777">
        <w:trPr>
          <w:jc w:val="center"/>
        </w:trPr>
        <w:tc>
          <w:tcPr>
            <w:tcW w:w="4752" w:type="dxa"/>
            <w:tcBorders>
              <w:top w:val="single" w:sz="8" w:space="0" w:color="C7D1D5"/>
              <w:left w:val="single" w:sz="8" w:space="0" w:color="C7D1D5"/>
              <w:bottom w:val="single" w:sz="8" w:space="0" w:color="C7D1D5"/>
              <w:right w:val="single" w:sz="8" w:space="0" w:color="C7D1D5"/>
            </w:tcBorders>
            <w:tcMar>
              <w:top w:w="70" w:type="dxa"/>
              <w:left w:w="90" w:type="dxa"/>
              <w:bottom w:w="70" w:type="dxa"/>
              <w:right w:w="90" w:type="dxa"/>
            </w:tcMar>
          </w:tcPr>
          <w:p w14:paraId="55B9A847" w14:textId="77777777" w:rsidR="00DE38AB" w:rsidRDefault="00000000">
            <w:pPr>
              <w:spacing w:after="0" w:line="240" w:lineRule="auto"/>
            </w:pPr>
            <w:r>
              <w:br/>
            </w:r>
          </w:p>
        </w:tc>
        <w:tc>
          <w:tcPr>
            <w:tcW w:w="1584" w:type="dxa"/>
            <w:tcBorders>
              <w:top w:val="single" w:sz="8" w:space="0" w:color="C7D1D5"/>
              <w:left w:val="single" w:sz="8" w:space="0" w:color="C7D1D5"/>
              <w:bottom w:val="single" w:sz="8" w:space="0" w:color="C7D1D5"/>
              <w:right w:val="single" w:sz="8" w:space="0" w:color="C7D1D5"/>
            </w:tcBorders>
            <w:tcMar>
              <w:top w:w="70" w:type="dxa"/>
              <w:left w:w="90" w:type="dxa"/>
              <w:bottom w:w="70" w:type="dxa"/>
              <w:right w:w="90" w:type="dxa"/>
            </w:tcMar>
          </w:tcPr>
          <w:p w14:paraId="4E7985EE" w14:textId="77777777" w:rsidR="00DE38AB" w:rsidRDefault="00000000">
            <w:pPr>
              <w:spacing w:after="0" w:line="240" w:lineRule="auto"/>
            </w:pPr>
            <w:r>
              <w:br/>
            </w:r>
          </w:p>
        </w:tc>
        <w:tc>
          <w:tcPr>
            <w:tcW w:w="3744" w:type="dxa"/>
            <w:tcBorders>
              <w:top w:val="single" w:sz="8" w:space="0" w:color="C7D1D5"/>
              <w:left w:val="single" w:sz="8" w:space="0" w:color="C7D1D5"/>
              <w:bottom w:val="single" w:sz="8" w:space="0" w:color="C7D1D5"/>
              <w:right w:val="single" w:sz="8" w:space="0" w:color="C7D1D5"/>
            </w:tcBorders>
            <w:tcMar>
              <w:top w:w="70" w:type="dxa"/>
              <w:left w:w="90" w:type="dxa"/>
              <w:bottom w:w="70" w:type="dxa"/>
              <w:right w:w="90" w:type="dxa"/>
            </w:tcMar>
          </w:tcPr>
          <w:p w14:paraId="2713E902" w14:textId="77777777" w:rsidR="00DE38AB" w:rsidRDefault="00000000">
            <w:pPr>
              <w:spacing w:after="0" w:line="240" w:lineRule="auto"/>
            </w:pPr>
            <w:r>
              <w:br/>
            </w:r>
          </w:p>
        </w:tc>
      </w:tr>
      <w:tr w:rsidR="00DE38AB" w14:paraId="03C1B5B0" w14:textId="77777777">
        <w:trPr>
          <w:jc w:val="center"/>
        </w:trPr>
        <w:tc>
          <w:tcPr>
            <w:tcW w:w="4752" w:type="dxa"/>
            <w:tcBorders>
              <w:top w:val="single" w:sz="8" w:space="0" w:color="C7D1D5"/>
              <w:left w:val="single" w:sz="8" w:space="0" w:color="C7D1D5"/>
              <w:bottom w:val="single" w:sz="8" w:space="0" w:color="C7D1D5"/>
              <w:right w:val="single" w:sz="8" w:space="0" w:color="C7D1D5"/>
            </w:tcBorders>
            <w:tcMar>
              <w:top w:w="70" w:type="dxa"/>
              <w:left w:w="90" w:type="dxa"/>
              <w:bottom w:w="70" w:type="dxa"/>
              <w:right w:w="90" w:type="dxa"/>
            </w:tcMar>
          </w:tcPr>
          <w:p w14:paraId="18AAA894" w14:textId="77777777" w:rsidR="00DE38AB" w:rsidRDefault="00000000">
            <w:pPr>
              <w:spacing w:after="0" w:line="240" w:lineRule="auto"/>
            </w:pPr>
            <w:r>
              <w:br/>
            </w:r>
          </w:p>
        </w:tc>
        <w:tc>
          <w:tcPr>
            <w:tcW w:w="1584" w:type="dxa"/>
            <w:tcBorders>
              <w:top w:val="single" w:sz="8" w:space="0" w:color="C7D1D5"/>
              <w:left w:val="single" w:sz="8" w:space="0" w:color="C7D1D5"/>
              <w:bottom w:val="single" w:sz="8" w:space="0" w:color="C7D1D5"/>
              <w:right w:val="single" w:sz="8" w:space="0" w:color="C7D1D5"/>
            </w:tcBorders>
            <w:tcMar>
              <w:top w:w="70" w:type="dxa"/>
              <w:left w:w="90" w:type="dxa"/>
              <w:bottom w:w="70" w:type="dxa"/>
              <w:right w:w="90" w:type="dxa"/>
            </w:tcMar>
          </w:tcPr>
          <w:p w14:paraId="6611F36E" w14:textId="77777777" w:rsidR="00DE38AB" w:rsidRDefault="00000000">
            <w:pPr>
              <w:spacing w:after="0" w:line="240" w:lineRule="auto"/>
            </w:pPr>
            <w:r>
              <w:br/>
            </w:r>
          </w:p>
        </w:tc>
        <w:tc>
          <w:tcPr>
            <w:tcW w:w="3744" w:type="dxa"/>
            <w:tcBorders>
              <w:top w:val="single" w:sz="8" w:space="0" w:color="C7D1D5"/>
              <w:left w:val="single" w:sz="8" w:space="0" w:color="C7D1D5"/>
              <w:bottom w:val="single" w:sz="8" w:space="0" w:color="C7D1D5"/>
              <w:right w:val="single" w:sz="8" w:space="0" w:color="C7D1D5"/>
            </w:tcBorders>
            <w:tcMar>
              <w:top w:w="70" w:type="dxa"/>
              <w:left w:w="90" w:type="dxa"/>
              <w:bottom w:w="70" w:type="dxa"/>
              <w:right w:w="90" w:type="dxa"/>
            </w:tcMar>
          </w:tcPr>
          <w:p w14:paraId="59B4AF9B" w14:textId="77777777" w:rsidR="00DE38AB" w:rsidRDefault="00000000">
            <w:pPr>
              <w:spacing w:after="0" w:line="240" w:lineRule="auto"/>
            </w:pPr>
            <w:r>
              <w:br/>
            </w:r>
          </w:p>
        </w:tc>
      </w:tr>
      <w:tr w:rsidR="00DE38AB" w14:paraId="2951444F" w14:textId="77777777">
        <w:trPr>
          <w:jc w:val="center"/>
        </w:trPr>
        <w:tc>
          <w:tcPr>
            <w:tcW w:w="4752" w:type="dxa"/>
            <w:tcBorders>
              <w:top w:val="single" w:sz="8" w:space="0" w:color="C7D1D5"/>
              <w:left w:val="single" w:sz="8" w:space="0" w:color="C7D1D5"/>
              <w:bottom w:val="single" w:sz="8" w:space="0" w:color="C7D1D5"/>
              <w:right w:val="single" w:sz="8" w:space="0" w:color="C7D1D5"/>
            </w:tcBorders>
            <w:tcMar>
              <w:top w:w="70" w:type="dxa"/>
              <w:left w:w="90" w:type="dxa"/>
              <w:bottom w:w="70" w:type="dxa"/>
              <w:right w:w="90" w:type="dxa"/>
            </w:tcMar>
          </w:tcPr>
          <w:p w14:paraId="3963D563" w14:textId="77777777" w:rsidR="00DE38AB" w:rsidRDefault="00000000">
            <w:pPr>
              <w:spacing w:after="0" w:line="240" w:lineRule="auto"/>
            </w:pPr>
            <w:r>
              <w:br/>
            </w:r>
          </w:p>
        </w:tc>
        <w:tc>
          <w:tcPr>
            <w:tcW w:w="1584" w:type="dxa"/>
            <w:tcBorders>
              <w:top w:val="single" w:sz="8" w:space="0" w:color="C7D1D5"/>
              <w:left w:val="single" w:sz="8" w:space="0" w:color="C7D1D5"/>
              <w:bottom w:val="single" w:sz="8" w:space="0" w:color="C7D1D5"/>
              <w:right w:val="single" w:sz="8" w:space="0" w:color="C7D1D5"/>
            </w:tcBorders>
            <w:tcMar>
              <w:top w:w="70" w:type="dxa"/>
              <w:left w:w="90" w:type="dxa"/>
              <w:bottom w:w="70" w:type="dxa"/>
              <w:right w:w="90" w:type="dxa"/>
            </w:tcMar>
          </w:tcPr>
          <w:p w14:paraId="45FE1680" w14:textId="77777777" w:rsidR="00DE38AB" w:rsidRDefault="00000000">
            <w:pPr>
              <w:spacing w:after="0" w:line="240" w:lineRule="auto"/>
            </w:pPr>
            <w:r>
              <w:br/>
            </w:r>
          </w:p>
        </w:tc>
        <w:tc>
          <w:tcPr>
            <w:tcW w:w="3744" w:type="dxa"/>
            <w:tcBorders>
              <w:top w:val="single" w:sz="8" w:space="0" w:color="C7D1D5"/>
              <w:left w:val="single" w:sz="8" w:space="0" w:color="C7D1D5"/>
              <w:bottom w:val="single" w:sz="8" w:space="0" w:color="C7D1D5"/>
              <w:right w:val="single" w:sz="8" w:space="0" w:color="C7D1D5"/>
            </w:tcBorders>
            <w:tcMar>
              <w:top w:w="70" w:type="dxa"/>
              <w:left w:w="90" w:type="dxa"/>
              <w:bottom w:w="70" w:type="dxa"/>
              <w:right w:w="90" w:type="dxa"/>
            </w:tcMar>
          </w:tcPr>
          <w:p w14:paraId="3FB1F6AE" w14:textId="77777777" w:rsidR="00DE38AB" w:rsidRDefault="00000000">
            <w:pPr>
              <w:spacing w:after="0" w:line="240" w:lineRule="auto"/>
            </w:pPr>
            <w:r>
              <w:br/>
            </w:r>
          </w:p>
        </w:tc>
      </w:tr>
      <w:tr w:rsidR="00DE38AB" w14:paraId="5C79181A" w14:textId="77777777">
        <w:trPr>
          <w:jc w:val="center"/>
        </w:trPr>
        <w:tc>
          <w:tcPr>
            <w:tcW w:w="4752" w:type="dxa"/>
            <w:tcBorders>
              <w:top w:val="single" w:sz="8" w:space="0" w:color="C7D1D5"/>
              <w:left w:val="single" w:sz="8" w:space="0" w:color="C7D1D5"/>
              <w:bottom w:val="single" w:sz="8" w:space="0" w:color="C7D1D5"/>
              <w:right w:val="single" w:sz="8" w:space="0" w:color="C7D1D5"/>
            </w:tcBorders>
            <w:tcMar>
              <w:top w:w="70" w:type="dxa"/>
              <w:left w:w="90" w:type="dxa"/>
              <w:bottom w:w="70" w:type="dxa"/>
              <w:right w:w="90" w:type="dxa"/>
            </w:tcMar>
          </w:tcPr>
          <w:p w14:paraId="2DB64F09" w14:textId="77777777" w:rsidR="00DE38AB" w:rsidRDefault="00000000">
            <w:pPr>
              <w:spacing w:after="0" w:line="240" w:lineRule="auto"/>
            </w:pPr>
            <w:r>
              <w:br/>
            </w:r>
          </w:p>
        </w:tc>
        <w:tc>
          <w:tcPr>
            <w:tcW w:w="1584" w:type="dxa"/>
            <w:tcBorders>
              <w:top w:val="single" w:sz="8" w:space="0" w:color="C7D1D5"/>
              <w:left w:val="single" w:sz="8" w:space="0" w:color="C7D1D5"/>
              <w:bottom w:val="single" w:sz="8" w:space="0" w:color="C7D1D5"/>
              <w:right w:val="single" w:sz="8" w:space="0" w:color="C7D1D5"/>
            </w:tcBorders>
            <w:tcMar>
              <w:top w:w="70" w:type="dxa"/>
              <w:left w:w="90" w:type="dxa"/>
              <w:bottom w:w="70" w:type="dxa"/>
              <w:right w:w="90" w:type="dxa"/>
            </w:tcMar>
          </w:tcPr>
          <w:p w14:paraId="4602D8EC" w14:textId="77777777" w:rsidR="00DE38AB" w:rsidRDefault="00000000">
            <w:pPr>
              <w:spacing w:after="0" w:line="240" w:lineRule="auto"/>
            </w:pPr>
            <w:r>
              <w:br/>
            </w:r>
          </w:p>
        </w:tc>
        <w:tc>
          <w:tcPr>
            <w:tcW w:w="3744" w:type="dxa"/>
            <w:tcBorders>
              <w:top w:val="single" w:sz="8" w:space="0" w:color="C7D1D5"/>
              <w:left w:val="single" w:sz="8" w:space="0" w:color="C7D1D5"/>
              <w:bottom w:val="single" w:sz="8" w:space="0" w:color="C7D1D5"/>
              <w:right w:val="single" w:sz="8" w:space="0" w:color="C7D1D5"/>
            </w:tcBorders>
            <w:tcMar>
              <w:top w:w="70" w:type="dxa"/>
              <w:left w:w="90" w:type="dxa"/>
              <w:bottom w:w="70" w:type="dxa"/>
              <w:right w:w="90" w:type="dxa"/>
            </w:tcMar>
          </w:tcPr>
          <w:p w14:paraId="7648A89A" w14:textId="77777777" w:rsidR="00DE38AB" w:rsidRDefault="00000000">
            <w:pPr>
              <w:spacing w:after="0" w:line="240" w:lineRule="auto"/>
            </w:pPr>
            <w:r>
              <w:br/>
            </w:r>
          </w:p>
        </w:tc>
      </w:tr>
    </w:tbl>
    <w:p w14:paraId="2C9E7689" w14:textId="77777777" w:rsidR="00DE38AB" w:rsidRDefault="00DE38AB">
      <w:pPr>
        <w:spacing w:after="0"/>
      </w:pPr>
    </w:p>
    <w:p w14:paraId="56363E7C" w14:textId="77777777" w:rsidR="00DE38AB" w:rsidRDefault="00000000">
      <w:r>
        <w:br w:type="page"/>
      </w:r>
    </w:p>
    <w:tbl>
      <w:tblPr>
        <w:tblW w:w="0" w:type="auto"/>
        <w:jc w:val="center"/>
        <w:tblLayout w:type="fixed"/>
        <w:tblLook w:val="04A0" w:firstRow="1" w:lastRow="0" w:firstColumn="1" w:lastColumn="0" w:noHBand="0" w:noVBand="1"/>
      </w:tblPr>
      <w:tblGrid>
        <w:gridCol w:w="10080"/>
      </w:tblGrid>
      <w:tr w:rsidR="00DE38AB" w14:paraId="1EA67600" w14:textId="77777777">
        <w:trPr>
          <w:jc w:val="center"/>
        </w:trPr>
        <w:tc>
          <w:tcPr>
            <w:tcW w:w="10080" w:type="dxa"/>
            <w:tcBorders>
              <w:top w:val="single" w:sz="8" w:space="0" w:color="239A96"/>
              <w:left w:val="single" w:sz="8" w:space="0" w:color="239A96"/>
              <w:bottom w:val="single" w:sz="8" w:space="0" w:color="239A96"/>
              <w:right w:val="single" w:sz="8" w:space="0" w:color="239A96"/>
            </w:tcBorders>
            <w:shd w:val="clear" w:color="auto" w:fill="239A96"/>
            <w:tcMar>
              <w:top w:w="80" w:type="dxa"/>
              <w:left w:w="120" w:type="dxa"/>
              <w:bottom w:w="80" w:type="dxa"/>
              <w:right w:w="120" w:type="dxa"/>
            </w:tcMar>
          </w:tcPr>
          <w:p w14:paraId="7A07F748" w14:textId="77777777" w:rsidR="00DE38AB" w:rsidRDefault="00000000">
            <w:pPr>
              <w:spacing w:after="0"/>
            </w:pPr>
            <w:r w:rsidRPr="00912786">
              <w:rPr>
                <w:b/>
                <w:sz w:val="25"/>
              </w:rPr>
              <w:lastRenderedPageBreak/>
              <w:t>Section 4. Declaration</w:t>
            </w:r>
          </w:p>
        </w:tc>
      </w:tr>
    </w:tbl>
    <w:p w14:paraId="7309A6C1" w14:textId="77777777" w:rsidR="00DE38AB" w:rsidRDefault="00DE38AB"/>
    <w:p w14:paraId="544F2243" w14:textId="39D01FD0" w:rsidR="00DE38AB" w:rsidRDefault="00000000">
      <w:pPr>
        <w:spacing w:after="120" w:line="259" w:lineRule="auto"/>
      </w:pPr>
      <w:r>
        <w:rPr>
          <w:color w:val="222222"/>
        </w:rPr>
        <w:t xml:space="preserve">By submitting this application, we certify that the information provided is accurate to the best of our knowledge and that, if awarded funding, we will comply with the terms and conditions of the </w:t>
      </w:r>
      <w:r w:rsidR="00B32063" w:rsidRPr="00B32063">
        <w:rPr>
          <w:color w:val="222222"/>
          <w:highlight w:val="yellow"/>
        </w:rPr>
        <w:t>Columbus</w:t>
      </w:r>
      <w:r w:rsidR="00B32063">
        <w:rPr>
          <w:color w:val="222222"/>
        </w:rPr>
        <w:t xml:space="preserve"> </w:t>
      </w:r>
      <w:r w:rsidRPr="00B32063">
        <w:rPr>
          <w:color w:val="222222"/>
          <w:highlight w:val="yellow"/>
        </w:rPr>
        <w:t>Youth Climate Action Fund</w:t>
      </w:r>
      <w:r>
        <w:rPr>
          <w:color w:val="222222"/>
        </w:rPr>
        <w:t>.</w:t>
      </w:r>
    </w:p>
    <w:p w14:paraId="7AE250C2" w14:textId="77777777" w:rsidR="00DE38AB" w:rsidRDefault="00000000">
      <w:pPr>
        <w:spacing w:after="60" w:line="259" w:lineRule="auto"/>
        <w:ind w:left="216"/>
      </w:pPr>
      <w:r w:rsidRPr="00912786">
        <w:t xml:space="preserve">• </w:t>
      </w:r>
      <w:r>
        <w:rPr>
          <w:color w:val="222222"/>
        </w:rPr>
        <w:t>The proposed project is youth-led and will include meaningful youth leadership and participation.</w:t>
      </w:r>
    </w:p>
    <w:p w14:paraId="57411C4F" w14:textId="77777777" w:rsidR="00DE38AB" w:rsidRDefault="00000000">
      <w:pPr>
        <w:spacing w:after="60" w:line="259" w:lineRule="auto"/>
        <w:ind w:left="216"/>
      </w:pPr>
      <w:r w:rsidRPr="00912786">
        <w:t xml:space="preserve">• </w:t>
      </w:r>
      <w:r>
        <w:rPr>
          <w:color w:val="222222"/>
        </w:rPr>
        <w:t>The proposed project is new and supports the Columbus Climate Action Plan.</w:t>
      </w:r>
    </w:p>
    <w:p w14:paraId="77E7EA06" w14:textId="4EE462D4" w:rsidR="00DE38AB" w:rsidRDefault="00000000">
      <w:pPr>
        <w:spacing w:after="60" w:line="259" w:lineRule="auto"/>
        <w:ind w:left="216"/>
      </w:pPr>
      <w:r w:rsidRPr="00912786">
        <w:t xml:space="preserve">• </w:t>
      </w:r>
      <w:r>
        <w:rPr>
          <w:color w:val="222222"/>
        </w:rPr>
        <w:t xml:space="preserve">The proposed project is not a </w:t>
      </w:r>
      <w:r w:rsidR="003D4A6A">
        <w:rPr>
          <w:color w:val="222222"/>
        </w:rPr>
        <w:t>s</w:t>
      </w:r>
      <w:r w:rsidR="003D4A6A" w:rsidRPr="003D4A6A">
        <w:rPr>
          <w:color w:val="222222"/>
        </w:rPr>
        <w:t xml:space="preserve">tandalone </w:t>
      </w:r>
      <w:r>
        <w:rPr>
          <w:color w:val="222222"/>
        </w:rPr>
        <w:t>litter clean-up project.</w:t>
      </w:r>
    </w:p>
    <w:p w14:paraId="1709D487" w14:textId="77777777" w:rsidR="00DE38AB" w:rsidRDefault="00000000">
      <w:pPr>
        <w:spacing w:after="60" w:line="259" w:lineRule="auto"/>
        <w:ind w:left="216"/>
        <w:rPr>
          <w:color w:val="222222"/>
        </w:rPr>
      </w:pPr>
      <w:r w:rsidRPr="00912786">
        <w:t xml:space="preserve">• </w:t>
      </w:r>
      <w:r>
        <w:rPr>
          <w:color w:val="222222"/>
        </w:rPr>
        <w:t>Grant funds will be used only for approved project purposes, and documentation of expenditures will be provided as requested.</w:t>
      </w:r>
    </w:p>
    <w:p w14:paraId="09AB50F4" w14:textId="63EEA22E" w:rsidR="00DA3295" w:rsidRDefault="00DA3295">
      <w:pPr>
        <w:spacing w:after="60" w:line="259" w:lineRule="auto"/>
        <w:ind w:left="216"/>
      </w:pPr>
      <w:r w:rsidRPr="00912786">
        <w:t xml:space="preserve">• </w:t>
      </w:r>
      <w:r>
        <w:t>Grant</w:t>
      </w:r>
      <w:r w:rsidRPr="00DA3295">
        <w:t xml:space="preserve"> funds must be received and managed by an eligible 501(c)(3) nonprofit organization or fiscal sponsor.</w:t>
      </w:r>
    </w:p>
    <w:p w14:paraId="6F2B0BB1" w14:textId="77777777" w:rsidR="00DE38AB" w:rsidRDefault="00000000">
      <w:pPr>
        <w:spacing w:after="60" w:line="259" w:lineRule="auto"/>
        <w:ind w:left="216"/>
      </w:pPr>
      <w:r w:rsidRPr="00912786">
        <w:t xml:space="preserve">• </w:t>
      </w:r>
      <w:r>
        <w:rPr>
          <w:color w:val="222222"/>
        </w:rPr>
        <w:t>If any youth project lead is under age 18, the identified adult sponsor or mentor has agreed to support the project and grant administration as needed.</w:t>
      </w:r>
    </w:p>
    <w:p w14:paraId="616C7E88" w14:textId="77777777" w:rsidR="00DE38AB" w:rsidRDefault="00000000">
      <w:pPr>
        <w:spacing w:line="259" w:lineRule="auto"/>
      </w:pPr>
      <w:r>
        <w:rPr>
          <w:i/>
          <w:color w:val="222222"/>
        </w:rPr>
        <w:t>A typed name and date will be accepted as a signature.</w:t>
      </w:r>
    </w:p>
    <w:tbl>
      <w:tblPr>
        <w:tblW w:w="10630" w:type="dxa"/>
        <w:jc w:val="center"/>
        <w:tblLayout w:type="fixed"/>
        <w:tblLook w:val="04A0" w:firstRow="1" w:lastRow="0" w:firstColumn="1" w:lastColumn="0" w:noHBand="0" w:noVBand="1"/>
      </w:tblPr>
      <w:tblGrid>
        <w:gridCol w:w="3140"/>
        <w:gridCol w:w="5670"/>
        <w:gridCol w:w="1820"/>
      </w:tblGrid>
      <w:tr w:rsidR="0016754A" w14:paraId="4FD3EAE1" w14:textId="77777777" w:rsidTr="0016754A">
        <w:trPr>
          <w:jc w:val="center"/>
        </w:trPr>
        <w:tc>
          <w:tcPr>
            <w:tcW w:w="3140" w:type="dxa"/>
            <w:tcBorders>
              <w:top w:val="single" w:sz="8" w:space="0" w:color="C7D1D5"/>
              <w:left w:val="single" w:sz="8" w:space="0" w:color="C7D1D5"/>
              <w:bottom w:val="single" w:sz="8" w:space="0" w:color="C7D1D5"/>
              <w:right w:val="single" w:sz="8" w:space="0" w:color="C7D1D5"/>
            </w:tcBorders>
            <w:shd w:val="clear" w:color="auto" w:fill="F4F6F7"/>
            <w:tcMar>
              <w:top w:w="70" w:type="dxa"/>
              <w:left w:w="90" w:type="dxa"/>
              <w:bottom w:w="70" w:type="dxa"/>
              <w:right w:w="90" w:type="dxa"/>
            </w:tcMar>
          </w:tcPr>
          <w:p w14:paraId="4C586D5A" w14:textId="77777777" w:rsidR="0016754A" w:rsidRPr="0016754A" w:rsidRDefault="0016754A">
            <w:pPr>
              <w:spacing w:after="0" w:line="240" w:lineRule="auto"/>
              <w:rPr>
                <w:b/>
                <w:color w:val="222222"/>
                <w:sz w:val="20"/>
                <w:szCs w:val="20"/>
              </w:rPr>
            </w:pPr>
          </w:p>
        </w:tc>
        <w:tc>
          <w:tcPr>
            <w:tcW w:w="5670" w:type="dxa"/>
            <w:tcBorders>
              <w:top w:val="single" w:sz="8" w:space="0" w:color="C7D1D5"/>
              <w:left w:val="single" w:sz="8" w:space="0" w:color="C7D1D5"/>
              <w:bottom w:val="single" w:sz="8" w:space="0" w:color="C7D1D5"/>
              <w:right w:val="single" w:sz="8" w:space="0" w:color="C7D1D5"/>
            </w:tcBorders>
            <w:tcMar>
              <w:top w:w="70" w:type="dxa"/>
              <w:left w:w="90" w:type="dxa"/>
              <w:bottom w:w="70" w:type="dxa"/>
              <w:right w:w="90" w:type="dxa"/>
            </w:tcMar>
          </w:tcPr>
          <w:p w14:paraId="7767FA3F" w14:textId="77777777" w:rsidR="0016754A" w:rsidRPr="0016754A" w:rsidRDefault="0016754A">
            <w:pPr>
              <w:spacing w:after="0" w:line="240" w:lineRule="auto"/>
              <w:rPr>
                <w:sz w:val="20"/>
                <w:szCs w:val="20"/>
              </w:rPr>
            </w:pPr>
          </w:p>
        </w:tc>
        <w:tc>
          <w:tcPr>
            <w:tcW w:w="1820" w:type="dxa"/>
            <w:tcBorders>
              <w:top w:val="single" w:sz="8" w:space="0" w:color="C7D1D5"/>
              <w:left w:val="single" w:sz="8" w:space="0" w:color="C7D1D5"/>
              <w:bottom w:val="single" w:sz="8" w:space="0" w:color="C7D1D5"/>
              <w:right w:val="single" w:sz="8" w:space="0" w:color="C7D1D5"/>
            </w:tcBorders>
          </w:tcPr>
          <w:p w14:paraId="6AF839F2" w14:textId="304A3A49" w:rsidR="0016754A" w:rsidRPr="0016754A" w:rsidRDefault="0016754A">
            <w:pPr>
              <w:spacing w:after="0" w:line="240" w:lineRule="auto"/>
              <w:rPr>
                <w:b/>
                <w:bCs/>
                <w:sz w:val="20"/>
                <w:szCs w:val="20"/>
              </w:rPr>
            </w:pPr>
            <w:r w:rsidRPr="0016754A">
              <w:rPr>
                <w:b/>
                <w:bCs/>
                <w:sz w:val="20"/>
                <w:szCs w:val="20"/>
              </w:rPr>
              <w:t>Date</w:t>
            </w:r>
          </w:p>
        </w:tc>
      </w:tr>
      <w:tr w:rsidR="0016754A" w14:paraId="44BF500B" w14:textId="0B82EE89" w:rsidTr="0016754A">
        <w:trPr>
          <w:trHeight w:val="450"/>
          <w:jc w:val="center"/>
        </w:trPr>
        <w:tc>
          <w:tcPr>
            <w:tcW w:w="3140" w:type="dxa"/>
            <w:tcBorders>
              <w:top w:val="single" w:sz="8" w:space="0" w:color="C7D1D5"/>
              <w:left w:val="single" w:sz="8" w:space="0" w:color="C7D1D5"/>
              <w:bottom w:val="single" w:sz="8" w:space="0" w:color="C7D1D5"/>
              <w:right w:val="single" w:sz="8" w:space="0" w:color="C7D1D5"/>
            </w:tcBorders>
            <w:shd w:val="clear" w:color="auto" w:fill="F4F6F7"/>
            <w:tcMar>
              <w:top w:w="70" w:type="dxa"/>
              <w:left w:w="90" w:type="dxa"/>
              <w:bottom w:w="70" w:type="dxa"/>
              <w:right w:w="90" w:type="dxa"/>
            </w:tcMar>
          </w:tcPr>
          <w:p w14:paraId="1A3F23B7" w14:textId="379952E5" w:rsidR="0016754A" w:rsidRPr="0016754A" w:rsidRDefault="0016754A">
            <w:pPr>
              <w:spacing w:after="0" w:line="240" w:lineRule="auto"/>
              <w:rPr>
                <w:sz w:val="20"/>
                <w:szCs w:val="20"/>
              </w:rPr>
            </w:pPr>
            <w:r w:rsidRPr="0016754A">
              <w:rPr>
                <w:b/>
                <w:color w:val="222222"/>
                <w:sz w:val="20"/>
                <w:szCs w:val="20"/>
              </w:rPr>
              <w:t>Youth project lead signature</w:t>
            </w:r>
          </w:p>
        </w:tc>
        <w:tc>
          <w:tcPr>
            <w:tcW w:w="5670" w:type="dxa"/>
            <w:tcBorders>
              <w:top w:val="single" w:sz="8" w:space="0" w:color="C7D1D5"/>
              <w:left w:val="single" w:sz="8" w:space="0" w:color="C7D1D5"/>
              <w:bottom w:val="single" w:sz="8" w:space="0" w:color="C7D1D5"/>
              <w:right w:val="single" w:sz="8" w:space="0" w:color="C7D1D5"/>
            </w:tcBorders>
            <w:tcMar>
              <w:top w:w="70" w:type="dxa"/>
              <w:left w:w="90" w:type="dxa"/>
              <w:bottom w:w="70" w:type="dxa"/>
              <w:right w:w="90" w:type="dxa"/>
            </w:tcMar>
          </w:tcPr>
          <w:p w14:paraId="0349E413" w14:textId="77777777" w:rsidR="0016754A" w:rsidRPr="0016754A" w:rsidRDefault="0016754A">
            <w:pPr>
              <w:spacing w:after="0" w:line="240" w:lineRule="auto"/>
              <w:rPr>
                <w:sz w:val="20"/>
                <w:szCs w:val="20"/>
              </w:rPr>
            </w:pPr>
          </w:p>
        </w:tc>
        <w:tc>
          <w:tcPr>
            <w:tcW w:w="1820" w:type="dxa"/>
            <w:tcBorders>
              <w:top w:val="single" w:sz="8" w:space="0" w:color="C7D1D5"/>
              <w:left w:val="single" w:sz="8" w:space="0" w:color="C7D1D5"/>
              <w:bottom w:val="single" w:sz="8" w:space="0" w:color="C7D1D5"/>
              <w:right w:val="single" w:sz="8" w:space="0" w:color="C7D1D5"/>
            </w:tcBorders>
          </w:tcPr>
          <w:p w14:paraId="3905BB5D" w14:textId="77777777" w:rsidR="0016754A" w:rsidRPr="0016754A" w:rsidRDefault="0016754A">
            <w:pPr>
              <w:spacing w:after="0" w:line="240" w:lineRule="auto"/>
              <w:rPr>
                <w:sz w:val="20"/>
                <w:szCs w:val="20"/>
              </w:rPr>
            </w:pPr>
          </w:p>
        </w:tc>
      </w:tr>
      <w:tr w:rsidR="0016754A" w14:paraId="619F11BD" w14:textId="2BF19E1A" w:rsidTr="0016754A">
        <w:trPr>
          <w:jc w:val="center"/>
        </w:trPr>
        <w:tc>
          <w:tcPr>
            <w:tcW w:w="3140" w:type="dxa"/>
            <w:tcBorders>
              <w:top w:val="single" w:sz="8" w:space="0" w:color="C7D1D5"/>
              <w:left w:val="single" w:sz="8" w:space="0" w:color="C7D1D5"/>
              <w:bottom w:val="single" w:sz="8" w:space="0" w:color="C7D1D5"/>
              <w:right w:val="single" w:sz="8" w:space="0" w:color="C7D1D5"/>
            </w:tcBorders>
            <w:shd w:val="clear" w:color="auto" w:fill="F4F6F7"/>
            <w:tcMar>
              <w:top w:w="70" w:type="dxa"/>
              <w:left w:w="90" w:type="dxa"/>
              <w:bottom w:w="70" w:type="dxa"/>
              <w:right w:w="90" w:type="dxa"/>
            </w:tcMar>
          </w:tcPr>
          <w:p w14:paraId="7A6E971A" w14:textId="0BC9BDAD" w:rsidR="0016754A" w:rsidRPr="0016754A" w:rsidRDefault="0016754A">
            <w:pPr>
              <w:spacing w:after="0" w:line="240" w:lineRule="auto"/>
              <w:rPr>
                <w:sz w:val="20"/>
                <w:szCs w:val="20"/>
              </w:rPr>
            </w:pPr>
            <w:r w:rsidRPr="0016754A">
              <w:rPr>
                <w:b/>
                <w:color w:val="222222"/>
                <w:sz w:val="20"/>
                <w:szCs w:val="20"/>
              </w:rPr>
              <w:t>Youth project lead/participant #2 signature (if applicable)</w:t>
            </w:r>
          </w:p>
        </w:tc>
        <w:tc>
          <w:tcPr>
            <w:tcW w:w="5670" w:type="dxa"/>
            <w:tcBorders>
              <w:top w:val="single" w:sz="8" w:space="0" w:color="C7D1D5"/>
              <w:left w:val="single" w:sz="8" w:space="0" w:color="C7D1D5"/>
              <w:bottom w:val="single" w:sz="8" w:space="0" w:color="C7D1D5"/>
              <w:right w:val="single" w:sz="8" w:space="0" w:color="C7D1D5"/>
            </w:tcBorders>
            <w:tcMar>
              <w:top w:w="70" w:type="dxa"/>
              <w:left w:w="90" w:type="dxa"/>
              <w:bottom w:w="70" w:type="dxa"/>
              <w:right w:w="90" w:type="dxa"/>
            </w:tcMar>
          </w:tcPr>
          <w:p w14:paraId="7FA7C0DE" w14:textId="77777777" w:rsidR="0016754A" w:rsidRPr="0016754A" w:rsidRDefault="0016754A">
            <w:pPr>
              <w:spacing w:after="0" w:line="240" w:lineRule="auto"/>
              <w:rPr>
                <w:sz w:val="20"/>
                <w:szCs w:val="20"/>
              </w:rPr>
            </w:pPr>
          </w:p>
        </w:tc>
        <w:tc>
          <w:tcPr>
            <w:tcW w:w="1820" w:type="dxa"/>
            <w:tcBorders>
              <w:top w:val="single" w:sz="8" w:space="0" w:color="C7D1D5"/>
              <w:left w:val="single" w:sz="8" w:space="0" w:color="C7D1D5"/>
              <w:bottom w:val="single" w:sz="8" w:space="0" w:color="C7D1D5"/>
              <w:right w:val="single" w:sz="8" w:space="0" w:color="C7D1D5"/>
            </w:tcBorders>
          </w:tcPr>
          <w:p w14:paraId="6F4B1193" w14:textId="77777777" w:rsidR="0016754A" w:rsidRPr="0016754A" w:rsidRDefault="0016754A">
            <w:pPr>
              <w:spacing w:after="0" w:line="240" w:lineRule="auto"/>
              <w:rPr>
                <w:sz w:val="20"/>
                <w:szCs w:val="20"/>
              </w:rPr>
            </w:pPr>
          </w:p>
        </w:tc>
      </w:tr>
      <w:tr w:rsidR="0016754A" w14:paraId="574CF0A0" w14:textId="2DEE3535" w:rsidTr="0016754A">
        <w:trPr>
          <w:jc w:val="center"/>
        </w:trPr>
        <w:tc>
          <w:tcPr>
            <w:tcW w:w="3140" w:type="dxa"/>
            <w:tcBorders>
              <w:top w:val="single" w:sz="8" w:space="0" w:color="C7D1D5"/>
              <w:left w:val="single" w:sz="8" w:space="0" w:color="C7D1D5"/>
              <w:bottom w:val="single" w:sz="8" w:space="0" w:color="C7D1D5"/>
              <w:right w:val="single" w:sz="8" w:space="0" w:color="C7D1D5"/>
            </w:tcBorders>
            <w:shd w:val="clear" w:color="auto" w:fill="F4F6F7"/>
            <w:tcMar>
              <w:top w:w="70" w:type="dxa"/>
              <w:left w:w="90" w:type="dxa"/>
              <w:bottom w:w="70" w:type="dxa"/>
              <w:right w:w="90" w:type="dxa"/>
            </w:tcMar>
          </w:tcPr>
          <w:p w14:paraId="2E785AB3" w14:textId="0E03B89A" w:rsidR="0016754A" w:rsidRPr="0016754A" w:rsidRDefault="0016754A">
            <w:pPr>
              <w:spacing w:after="0" w:line="240" w:lineRule="auto"/>
              <w:rPr>
                <w:sz w:val="20"/>
                <w:szCs w:val="20"/>
              </w:rPr>
            </w:pPr>
            <w:r w:rsidRPr="0016754A">
              <w:rPr>
                <w:b/>
                <w:color w:val="222222"/>
                <w:sz w:val="20"/>
                <w:szCs w:val="20"/>
              </w:rPr>
              <w:t>Youth project lead/participant #3 signature (if applicable)</w:t>
            </w:r>
          </w:p>
        </w:tc>
        <w:tc>
          <w:tcPr>
            <w:tcW w:w="5670" w:type="dxa"/>
            <w:tcBorders>
              <w:top w:val="single" w:sz="8" w:space="0" w:color="C7D1D5"/>
              <w:left w:val="single" w:sz="8" w:space="0" w:color="C7D1D5"/>
              <w:bottom w:val="single" w:sz="8" w:space="0" w:color="C7D1D5"/>
              <w:right w:val="single" w:sz="8" w:space="0" w:color="C7D1D5"/>
            </w:tcBorders>
            <w:tcMar>
              <w:top w:w="70" w:type="dxa"/>
              <w:left w:w="90" w:type="dxa"/>
              <w:bottom w:w="70" w:type="dxa"/>
              <w:right w:w="90" w:type="dxa"/>
            </w:tcMar>
          </w:tcPr>
          <w:p w14:paraId="5A3C531A" w14:textId="77777777" w:rsidR="0016754A" w:rsidRPr="0016754A" w:rsidRDefault="0016754A">
            <w:pPr>
              <w:spacing w:after="0" w:line="240" w:lineRule="auto"/>
              <w:rPr>
                <w:sz w:val="20"/>
                <w:szCs w:val="20"/>
              </w:rPr>
            </w:pPr>
          </w:p>
        </w:tc>
        <w:tc>
          <w:tcPr>
            <w:tcW w:w="1820" w:type="dxa"/>
            <w:tcBorders>
              <w:top w:val="single" w:sz="8" w:space="0" w:color="C7D1D5"/>
              <w:left w:val="single" w:sz="8" w:space="0" w:color="C7D1D5"/>
              <w:bottom w:val="single" w:sz="8" w:space="0" w:color="C7D1D5"/>
              <w:right w:val="single" w:sz="8" w:space="0" w:color="C7D1D5"/>
            </w:tcBorders>
          </w:tcPr>
          <w:p w14:paraId="267BEF06" w14:textId="77777777" w:rsidR="0016754A" w:rsidRPr="0016754A" w:rsidRDefault="0016754A">
            <w:pPr>
              <w:spacing w:after="0" w:line="240" w:lineRule="auto"/>
              <w:rPr>
                <w:sz w:val="20"/>
                <w:szCs w:val="20"/>
              </w:rPr>
            </w:pPr>
          </w:p>
        </w:tc>
      </w:tr>
      <w:tr w:rsidR="0016754A" w14:paraId="1FE4FF03" w14:textId="7B8D7891" w:rsidTr="0016754A">
        <w:trPr>
          <w:jc w:val="center"/>
        </w:trPr>
        <w:tc>
          <w:tcPr>
            <w:tcW w:w="3140" w:type="dxa"/>
            <w:tcBorders>
              <w:top w:val="single" w:sz="8" w:space="0" w:color="C7D1D5"/>
              <w:left w:val="single" w:sz="8" w:space="0" w:color="C7D1D5"/>
              <w:bottom w:val="single" w:sz="8" w:space="0" w:color="C7D1D5"/>
              <w:right w:val="single" w:sz="8" w:space="0" w:color="C7D1D5"/>
            </w:tcBorders>
            <w:shd w:val="clear" w:color="auto" w:fill="F4F6F7"/>
            <w:tcMar>
              <w:top w:w="70" w:type="dxa"/>
              <w:left w:w="90" w:type="dxa"/>
              <w:bottom w:w="70" w:type="dxa"/>
              <w:right w:w="90" w:type="dxa"/>
            </w:tcMar>
          </w:tcPr>
          <w:p w14:paraId="3DB7FE58" w14:textId="51624E0E" w:rsidR="0016754A" w:rsidRPr="0016754A" w:rsidRDefault="0016754A">
            <w:pPr>
              <w:spacing w:after="0" w:line="240" w:lineRule="auto"/>
              <w:rPr>
                <w:sz w:val="20"/>
                <w:szCs w:val="20"/>
              </w:rPr>
            </w:pPr>
            <w:r w:rsidRPr="0016754A">
              <w:rPr>
                <w:b/>
                <w:color w:val="222222"/>
                <w:sz w:val="20"/>
                <w:szCs w:val="20"/>
              </w:rPr>
              <w:t>Fiscal lead contact signature (if applicable)</w:t>
            </w:r>
          </w:p>
        </w:tc>
        <w:tc>
          <w:tcPr>
            <w:tcW w:w="5670" w:type="dxa"/>
            <w:tcBorders>
              <w:top w:val="single" w:sz="8" w:space="0" w:color="C7D1D5"/>
              <w:left w:val="single" w:sz="8" w:space="0" w:color="C7D1D5"/>
              <w:bottom w:val="single" w:sz="8" w:space="0" w:color="C7D1D5"/>
              <w:right w:val="single" w:sz="8" w:space="0" w:color="C7D1D5"/>
            </w:tcBorders>
            <w:tcMar>
              <w:top w:w="70" w:type="dxa"/>
              <w:left w:w="90" w:type="dxa"/>
              <w:bottom w:w="70" w:type="dxa"/>
              <w:right w:w="90" w:type="dxa"/>
            </w:tcMar>
          </w:tcPr>
          <w:p w14:paraId="56A5561A" w14:textId="77777777" w:rsidR="0016754A" w:rsidRPr="0016754A" w:rsidRDefault="0016754A">
            <w:pPr>
              <w:spacing w:after="0" w:line="240" w:lineRule="auto"/>
              <w:rPr>
                <w:sz w:val="20"/>
                <w:szCs w:val="20"/>
              </w:rPr>
            </w:pPr>
          </w:p>
        </w:tc>
        <w:tc>
          <w:tcPr>
            <w:tcW w:w="1820" w:type="dxa"/>
            <w:tcBorders>
              <w:top w:val="single" w:sz="8" w:space="0" w:color="C7D1D5"/>
              <w:left w:val="single" w:sz="8" w:space="0" w:color="C7D1D5"/>
              <w:bottom w:val="single" w:sz="8" w:space="0" w:color="C7D1D5"/>
              <w:right w:val="single" w:sz="8" w:space="0" w:color="C7D1D5"/>
            </w:tcBorders>
          </w:tcPr>
          <w:p w14:paraId="7D574623" w14:textId="77777777" w:rsidR="0016754A" w:rsidRPr="0016754A" w:rsidRDefault="0016754A">
            <w:pPr>
              <w:spacing w:after="0" w:line="240" w:lineRule="auto"/>
              <w:rPr>
                <w:sz w:val="20"/>
                <w:szCs w:val="20"/>
              </w:rPr>
            </w:pPr>
          </w:p>
        </w:tc>
      </w:tr>
      <w:tr w:rsidR="0016754A" w14:paraId="568D6AB0" w14:textId="182AA979" w:rsidTr="0016754A">
        <w:trPr>
          <w:jc w:val="center"/>
        </w:trPr>
        <w:tc>
          <w:tcPr>
            <w:tcW w:w="3140" w:type="dxa"/>
            <w:tcBorders>
              <w:top w:val="single" w:sz="8" w:space="0" w:color="C7D1D5"/>
              <w:left w:val="single" w:sz="8" w:space="0" w:color="C7D1D5"/>
              <w:bottom w:val="single" w:sz="8" w:space="0" w:color="C7D1D5"/>
              <w:right w:val="single" w:sz="8" w:space="0" w:color="C7D1D5"/>
            </w:tcBorders>
            <w:shd w:val="clear" w:color="auto" w:fill="F4F6F7"/>
            <w:tcMar>
              <w:top w:w="70" w:type="dxa"/>
              <w:left w:w="90" w:type="dxa"/>
              <w:bottom w:w="70" w:type="dxa"/>
              <w:right w:w="90" w:type="dxa"/>
            </w:tcMar>
          </w:tcPr>
          <w:p w14:paraId="2F17C838" w14:textId="7061FDD8" w:rsidR="0016754A" w:rsidRPr="0016754A" w:rsidRDefault="0016754A">
            <w:pPr>
              <w:spacing w:after="0" w:line="240" w:lineRule="auto"/>
              <w:rPr>
                <w:sz w:val="20"/>
                <w:szCs w:val="20"/>
              </w:rPr>
            </w:pPr>
            <w:r w:rsidRPr="0016754A">
              <w:rPr>
                <w:b/>
                <w:color w:val="222222"/>
                <w:sz w:val="20"/>
                <w:szCs w:val="20"/>
              </w:rPr>
              <w:t>Adult sponsor or mentor signature (if applicable)</w:t>
            </w:r>
          </w:p>
        </w:tc>
        <w:tc>
          <w:tcPr>
            <w:tcW w:w="5670" w:type="dxa"/>
            <w:tcBorders>
              <w:top w:val="single" w:sz="8" w:space="0" w:color="C7D1D5"/>
              <w:left w:val="single" w:sz="8" w:space="0" w:color="C7D1D5"/>
              <w:bottom w:val="single" w:sz="8" w:space="0" w:color="C7D1D5"/>
              <w:right w:val="single" w:sz="8" w:space="0" w:color="C7D1D5"/>
            </w:tcBorders>
            <w:tcMar>
              <w:top w:w="70" w:type="dxa"/>
              <w:left w:w="90" w:type="dxa"/>
              <w:bottom w:w="70" w:type="dxa"/>
              <w:right w:w="90" w:type="dxa"/>
            </w:tcMar>
          </w:tcPr>
          <w:p w14:paraId="3E68D3AD" w14:textId="77777777" w:rsidR="0016754A" w:rsidRPr="0016754A" w:rsidRDefault="0016754A">
            <w:pPr>
              <w:spacing w:after="0" w:line="240" w:lineRule="auto"/>
              <w:rPr>
                <w:sz w:val="20"/>
                <w:szCs w:val="20"/>
              </w:rPr>
            </w:pPr>
          </w:p>
        </w:tc>
        <w:tc>
          <w:tcPr>
            <w:tcW w:w="1820" w:type="dxa"/>
            <w:tcBorders>
              <w:top w:val="single" w:sz="8" w:space="0" w:color="C7D1D5"/>
              <w:left w:val="single" w:sz="8" w:space="0" w:color="C7D1D5"/>
              <w:bottom w:val="single" w:sz="8" w:space="0" w:color="C7D1D5"/>
              <w:right w:val="single" w:sz="8" w:space="0" w:color="C7D1D5"/>
            </w:tcBorders>
          </w:tcPr>
          <w:p w14:paraId="37B44B11" w14:textId="77777777" w:rsidR="0016754A" w:rsidRPr="0016754A" w:rsidRDefault="0016754A">
            <w:pPr>
              <w:spacing w:after="0" w:line="240" w:lineRule="auto"/>
              <w:rPr>
                <w:sz w:val="20"/>
                <w:szCs w:val="20"/>
              </w:rPr>
            </w:pPr>
          </w:p>
        </w:tc>
      </w:tr>
    </w:tbl>
    <w:p w14:paraId="0A42CFC9" w14:textId="77777777" w:rsidR="00DE38AB" w:rsidRDefault="00DE38AB">
      <w:pPr>
        <w:spacing w:after="0"/>
      </w:pPr>
    </w:p>
    <w:sectPr w:rsidR="00DE38AB" w:rsidSect="00034616">
      <w:headerReference w:type="default" r:id="rId8"/>
      <w:footerReference w:type="default" r:id="rId9"/>
      <w:pgSz w:w="12240" w:h="15840"/>
      <w:pgMar w:top="1008" w:right="1008" w:bottom="864" w:left="1008" w:header="288"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3A844" w14:textId="77777777" w:rsidR="00360837" w:rsidRDefault="00360837">
      <w:pPr>
        <w:spacing w:after="0" w:line="240" w:lineRule="auto"/>
      </w:pPr>
      <w:r>
        <w:separator/>
      </w:r>
    </w:p>
  </w:endnote>
  <w:endnote w:type="continuationSeparator" w:id="0">
    <w:p w14:paraId="0FF09285" w14:textId="77777777" w:rsidR="00360837" w:rsidRDefault="003608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9FC51" w14:textId="77777777" w:rsidR="00DE38AB" w:rsidRDefault="00000000">
    <w:pPr>
      <w:pStyle w:val="Footer"/>
      <w:spacing w:line="259" w:lineRule="auto"/>
      <w:jc w:val="center"/>
    </w:pPr>
    <w:r>
      <w:rPr>
        <w:color w:val="666666"/>
        <w:sz w:val="19"/>
      </w:rPr>
      <w:fldChar w:fldCharType="begin"/>
    </w:r>
    <w:r>
      <w:rPr>
        <w:color w:val="666666"/>
        <w:sz w:val="19"/>
      </w:rPr>
      <w:instrText xml:space="preserve"> PAGE </w:instrText>
    </w:r>
    <w:r>
      <w:rPr>
        <w:color w:val="666666"/>
        <w:sz w:val="19"/>
      </w:rPr>
      <w:fldChar w:fldCharType="separate"/>
    </w:r>
    <w:r w:rsidR="00374E73">
      <w:rPr>
        <w:noProof/>
        <w:color w:val="666666"/>
        <w:sz w:val="19"/>
      </w:rPr>
      <w:t>1</w:t>
    </w:r>
    <w:r>
      <w:rPr>
        <w:color w:val="666666"/>
        <w:sz w:val="1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3E5BD" w14:textId="77777777" w:rsidR="00360837" w:rsidRDefault="00360837">
      <w:pPr>
        <w:spacing w:after="0" w:line="240" w:lineRule="auto"/>
      </w:pPr>
      <w:r>
        <w:separator/>
      </w:r>
    </w:p>
  </w:footnote>
  <w:footnote w:type="continuationSeparator" w:id="0">
    <w:p w14:paraId="17444EEC" w14:textId="77777777" w:rsidR="00360837" w:rsidRDefault="003608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6092D" w14:textId="77777777" w:rsidR="00DE38AB" w:rsidRDefault="00DE38AB">
    <w:pPr>
      <w:pStyle w:val="Header"/>
    </w:pPr>
  </w:p>
  <w:tbl>
    <w:tblPr>
      <w:tblW w:w="0" w:type="auto"/>
      <w:jc w:val="center"/>
      <w:tblBorders>
        <w:top w:val="nil"/>
        <w:left w:val="nil"/>
        <w:bottom w:val="nil"/>
        <w:right w:val="nil"/>
        <w:insideH w:val="nil"/>
        <w:insideV w:val="nil"/>
      </w:tblBorders>
      <w:tblLook w:val="04A0" w:firstRow="1" w:lastRow="0" w:firstColumn="1" w:lastColumn="0" w:noHBand="0" w:noVBand="1"/>
    </w:tblPr>
    <w:tblGrid>
      <w:gridCol w:w="5112"/>
      <w:gridCol w:w="5112"/>
    </w:tblGrid>
    <w:tr w:rsidR="00DE38AB" w14:paraId="4A8C2C53" w14:textId="77777777">
      <w:trPr>
        <w:jc w:val="center"/>
      </w:trPr>
      <w:tc>
        <w:tcPr>
          <w:tcW w:w="5112" w:type="dxa"/>
          <w:tcMar>
            <w:top w:w="0" w:type="dxa"/>
            <w:left w:w="0" w:type="dxa"/>
            <w:bottom w:w="0" w:type="dxa"/>
            <w:right w:w="0" w:type="dxa"/>
          </w:tcMar>
        </w:tcPr>
        <w:p w14:paraId="78CABBC4" w14:textId="77777777" w:rsidR="00DE38AB" w:rsidRDefault="00000000">
          <w:r>
            <w:rPr>
              <w:noProof/>
            </w:rPr>
            <w:drawing>
              <wp:inline distT="0" distB="0" distL="0" distR="0" wp14:anchorId="4DCD4888" wp14:editId="6895B08A">
                <wp:extent cx="2011680" cy="650569"/>
                <wp:effectExtent l="0" t="0" r="0" b="0"/>
                <wp:docPr id="1" name="Picture 1" descr="Sustainable Columbu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ustainable Columbus Logo"/>
                        <pic:cNvPicPr/>
                      </pic:nvPicPr>
                      <pic:blipFill>
                        <a:blip r:embed="rId1"/>
                        <a:stretch>
                          <a:fillRect/>
                        </a:stretch>
                      </pic:blipFill>
                      <pic:spPr>
                        <a:xfrm>
                          <a:off x="0" y="0"/>
                          <a:ext cx="2011680" cy="650569"/>
                        </a:xfrm>
                        <a:prstGeom prst="rect">
                          <a:avLst/>
                        </a:prstGeom>
                      </pic:spPr>
                    </pic:pic>
                  </a:graphicData>
                </a:graphic>
              </wp:inline>
            </w:drawing>
          </w:r>
        </w:p>
      </w:tc>
      <w:tc>
        <w:tcPr>
          <w:tcW w:w="5112" w:type="dxa"/>
          <w:tcMar>
            <w:top w:w="0" w:type="dxa"/>
            <w:left w:w="0" w:type="dxa"/>
            <w:bottom w:w="0" w:type="dxa"/>
            <w:right w:w="0" w:type="dxa"/>
          </w:tcMar>
        </w:tcPr>
        <w:p w14:paraId="149245CB" w14:textId="77777777" w:rsidR="00DE38AB" w:rsidRDefault="00000000">
          <w:pPr>
            <w:jc w:val="right"/>
          </w:pPr>
          <w:r>
            <w:rPr>
              <w:noProof/>
            </w:rPr>
            <w:drawing>
              <wp:inline distT="0" distB="0" distL="0" distR="0" wp14:anchorId="3F437073" wp14:editId="76622C6A">
                <wp:extent cx="1874519" cy="670252"/>
                <wp:effectExtent l="0" t="0" r="0" b="0"/>
                <wp:docPr id="2" name="Picture 2" descr="Columbus Youth Climate Action Fu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olumbus Youth Climate Action Fund Logo"/>
                        <pic:cNvPicPr/>
                      </pic:nvPicPr>
                      <pic:blipFill>
                        <a:blip r:embed="rId2"/>
                        <a:stretch>
                          <a:fillRect/>
                        </a:stretch>
                      </pic:blipFill>
                      <pic:spPr>
                        <a:xfrm>
                          <a:off x="0" y="0"/>
                          <a:ext cx="1874519" cy="670252"/>
                        </a:xfrm>
                        <a:prstGeom prst="rect">
                          <a:avLst/>
                        </a:prstGeom>
                      </pic:spPr>
                    </pic:pic>
                  </a:graphicData>
                </a:graphic>
              </wp:inline>
            </w:drawing>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1866862"/>
    <w:multiLevelType w:val="hybridMultilevel"/>
    <w:tmpl w:val="132CD2D8"/>
    <w:lvl w:ilvl="0" w:tplc="04090015">
      <w:start w:val="1"/>
      <w:numFmt w:val="upperLetter"/>
      <w:lvlText w:val="%1."/>
      <w:lvlJc w:val="left"/>
      <w:pPr>
        <w:ind w:left="576" w:hanging="360"/>
      </w:pPr>
      <w:rPr>
        <w:rFonts w:hint="default"/>
        <w:color w:val="222222"/>
      </w:r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10" w15:restartNumberingAfterBreak="0">
    <w:nsid w:val="1AD87495"/>
    <w:multiLevelType w:val="hybridMultilevel"/>
    <w:tmpl w:val="609EEB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72650314">
    <w:abstractNumId w:val="8"/>
  </w:num>
  <w:num w:numId="2" w16cid:durableId="881131860">
    <w:abstractNumId w:val="6"/>
  </w:num>
  <w:num w:numId="3" w16cid:durableId="1426924526">
    <w:abstractNumId w:val="5"/>
  </w:num>
  <w:num w:numId="4" w16cid:durableId="922107760">
    <w:abstractNumId w:val="4"/>
  </w:num>
  <w:num w:numId="5" w16cid:durableId="1221476784">
    <w:abstractNumId w:val="7"/>
  </w:num>
  <w:num w:numId="6" w16cid:durableId="1856920684">
    <w:abstractNumId w:val="3"/>
  </w:num>
  <w:num w:numId="7" w16cid:durableId="1358971692">
    <w:abstractNumId w:val="2"/>
  </w:num>
  <w:num w:numId="8" w16cid:durableId="282077263">
    <w:abstractNumId w:val="1"/>
  </w:num>
  <w:num w:numId="9" w16cid:durableId="1004212005">
    <w:abstractNumId w:val="0"/>
  </w:num>
  <w:num w:numId="10" w16cid:durableId="1006056350">
    <w:abstractNumId w:val="9"/>
  </w:num>
  <w:num w:numId="11" w16cid:durableId="188259016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7BA3"/>
    <w:rsid w:val="00017D5C"/>
    <w:rsid w:val="00034616"/>
    <w:rsid w:val="0006063C"/>
    <w:rsid w:val="00081EEA"/>
    <w:rsid w:val="000E59BA"/>
    <w:rsid w:val="0015074B"/>
    <w:rsid w:val="0016754A"/>
    <w:rsid w:val="001A3EF7"/>
    <w:rsid w:val="002779AD"/>
    <w:rsid w:val="0029639D"/>
    <w:rsid w:val="00300E0D"/>
    <w:rsid w:val="00326F90"/>
    <w:rsid w:val="00360837"/>
    <w:rsid w:val="00371A02"/>
    <w:rsid w:val="0037324A"/>
    <w:rsid w:val="00374E73"/>
    <w:rsid w:val="00395321"/>
    <w:rsid w:val="003D4A6A"/>
    <w:rsid w:val="00415F4B"/>
    <w:rsid w:val="0049433D"/>
    <w:rsid w:val="004E79B3"/>
    <w:rsid w:val="00597851"/>
    <w:rsid w:val="005B3F0A"/>
    <w:rsid w:val="005D6975"/>
    <w:rsid w:val="0061260A"/>
    <w:rsid w:val="00662803"/>
    <w:rsid w:val="00705F0E"/>
    <w:rsid w:val="00912786"/>
    <w:rsid w:val="00965499"/>
    <w:rsid w:val="009E1C12"/>
    <w:rsid w:val="009E2635"/>
    <w:rsid w:val="00A2399A"/>
    <w:rsid w:val="00AA1D8D"/>
    <w:rsid w:val="00B32063"/>
    <w:rsid w:val="00B47730"/>
    <w:rsid w:val="00C96304"/>
    <w:rsid w:val="00CB0664"/>
    <w:rsid w:val="00D24AD7"/>
    <w:rsid w:val="00D87BDF"/>
    <w:rsid w:val="00DA3295"/>
    <w:rsid w:val="00DA7964"/>
    <w:rsid w:val="00DE38AB"/>
    <w:rsid w:val="00E02835"/>
    <w:rsid w:val="00E02E2E"/>
    <w:rsid w:val="00EC76F5"/>
    <w:rsid w:val="00F23250"/>
    <w:rsid w:val="00F31AF6"/>
    <w:rsid w:val="00F5611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762C5D2"/>
  <w14:defaultImageDpi w14:val="300"/>
  <w15:docId w15:val="{E4481C40-968C-43A3-B660-382DDB3DC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1417</Words>
  <Characters>8083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9482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Ho, Raven V.</cp:lastModifiedBy>
  <cp:revision>2</cp:revision>
  <cp:lastPrinted>2026-04-07T16:32:00Z</cp:lastPrinted>
  <dcterms:created xsi:type="dcterms:W3CDTF">2026-08-03T19:11:00Z</dcterms:created>
  <dcterms:modified xsi:type="dcterms:W3CDTF">2026-08-03T19:11:00Z</dcterms:modified>
  <cp:category/>
</cp:coreProperties>
</file>